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163A6" w14:textId="45B84425" w:rsidR="00F32626" w:rsidRDefault="00F32626" w:rsidP="5147210E">
      <w:pPr>
        <w:spacing w:after="80"/>
        <w:jc w:val="center"/>
        <w:rPr>
          <w:b/>
          <w:bCs/>
          <w:lang w:val="cs-CZ"/>
        </w:rPr>
      </w:pPr>
      <w:r>
        <w:tab/>
      </w:r>
    </w:p>
    <w:p w14:paraId="36C607B0" w14:textId="01C0FC72" w:rsidR="0077494F" w:rsidRPr="0026347F" w:rsidRDefault="005B651C">
      <w:pPr>
        <w:spacing w:after="80"/>
        <w:jc w:val="center"/>
        <w:rPr>
          <w:lang w:val="cs-CZ"/>
        </w:rPr>
      </w:pPr>
      <w:r w:rsidRPr="0026347F">
        <w:rPr>
          <w:b/>
          <w:lang w:val="cs-CZ"/>
        </w:rPr>
        <w:t>DŮVĚRNÉ – pracovní verze smlouvy o dílo</w:t>
      </w:r>
    </w:p>
    <w:p w14:paraId="6621C945" w14:textId="77777777" w:rsidR="0077494F" w:rsidRPr="0026347F" w:rsidRDefault="005B651C">
      <w:pPr>
        <w:spacing w:after="80"/>
        <w:jc w:val="center"/>
        <w:rPr>
          <w:lang w:val="cs-CZ"/>
        </w:rPr>
      </w:pPr>
      <w:r w:rsidRPr="0026347F">
        <w:rPr>
          <w:b/>
          <w:sz w:val="36"/>
          <w:lang w:val="cs-CZ"/>
        </w:rPr>
        <w:t>SMLOUVA O DÍLO</w:t>
      </w:r>
    </w:p>
    <w:p w14:paraId="6D31D1D7" w14:textId="421FA43A" w:rsidR="001577E7" w:rsidRPr="00A1215C" w:rsidRDefault="00A1215C" w:rsidP="6FB1DBFC">
      <w:pPr>
        <w:spacing w:after="80"/>
        <w:jc w:val="center"/>
        <w:rPr>
          <w:rFonts w:cs="Arial"/>
          <w:b/>
          <w:bCs/>
          <w:szCs w:val="20"/>
          <w:lang w:val="cs-CZ"/>
        </w:rPr>
      </w:pPr>
      <w:r w:rsidRPr="00D17D2D">
        <w:rPr>
          <w:rFonts w:cs="Arial"/>
          <w:b/>
          <w:color w:val="000000" w:themeColor="text1"/>
          <w:szCs w:val="20"/>
          <w:lang w:val="cs-CZ"/>
        </w:rPr>
        <w:t>Automatický zkušební systém pro provádění tahových zkoušek</w:t>
      </w:r>
    </w:p>
    <w:p w14:paraId="0098C990" w14:textId="77777777" w:rsidR="0077494F" w:rsidRPr="0026347F" w:rsidRDefault="005B651C">
      <w:pPr>
        <w:spacing w:after="80"/>
        <w:jc w:val="center"/>
        <w:rPr>
          <w:lang w:val="cs-CZ"/>
        </w:rPr>
      </w:pPr>
      <w:r w:rsidRPr="0026347F">
        <w:rPr>
          <w:lang w:val="cs-CZ"/>
        </w:rPr>
        <w:t>Smlouva č. [DOPLNIT]</w:t>
      </w:r>
    </w:p>
    <w:p w14:paraId="007957A8" w14:textId="51859261" w:rsidR="0077494F" w:rsidRPr="0026347F" w:rsidRDefault="005B651C">
      <w:pPr>
        <w:spacing w:after="80"/>
        <w:jc w:val="center"/>
        <w:rPr>
          <w:lang w:val="cs-CZ"/>
        </w:rPr>
      </w:pPr>
      <w:r w:rsidRPr="0026347F">
        <w:rPr>
          <w:sz w:val="18"/>
          <w:lang w:val="cs-CZ"/>
        </w:rPr>
        <w:t>u</w:t>
      </w:r>
      <w:r w:rsidR="006C1DF6" w:rsidRPr="0026347F">
        <w:rPr>
          <w:sz w:val="18"/>
          <w:lang w:val="cs-CZ"/>
        </w:rPr>
        <w:t>z</w:t>
      </w:r>
      <w:r w:rsidRPr="0026347F">
        <w:rPr>
          <w:sz w:val="18"/>
          <w:lang w:val="cs-CZ"/>
        </w:rPr>
        <w:t>avřená dle § 2586 a násl. zákona č. 89/2012 Sb., občanského zákoníku, v platném znění</w:t>
      </w:r>
    </w:p>
    <w:p w14:paraId="4A24804E" w14:textId="77777777" w:rsidR="0077494F" w:rsidRPr="0026347F" w:rsidRDefault="005B651C">
      <w:pPr>
        <w:spacing w:before="240" w:after="120"/>
        <w:rPr>
          <w:lang w:val="cs-CZ"/>
        </w:rPr>
      </w:pPr>
      <w:r w:rsidRPr="0026347F">
        <w:rPr>
          <w:b/>
          <w:sz w:val="28"/>
          <w:lang w:val="cs-CZ"/>
        </w:rPr>
        <w:t>Smluvní strany</w:t>
      </w:r>
    </w:p>
    <w:tbl>
      <w:tblPr>
        <w:tblStyle w:val="Mkatabulky"/>
        <w:tblW w:w="0" w:type="auto"/>
        <w:jc w:val="center"/>
        <w:tblLook w:val="04A0" w:firstRow="1" w:lastRow="0" w:firstColumn="1" w:lastColumn="0" w:noHBand="0" w:noVBand="1"/>
      </w:tblPr>
      <w:tblGrid>
        <w:gridCol w:w="4819"/>
        <w:gridCol w:w="4819"/>
      </w:tblGrid>
      <w:tr w:rsidR="0077494F" w:rsidRPr="0026347F" w14:paraId="1C62B820" w14:textId="77777777">
        <w:trPr>
          <w:tblHeader/>
          <w:jc w:val="center"/>
        </w:trPr>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755AFF1E" w14:textId="77777777" w:rsidR="0077494F" w:rsidRPr="0026347F" w:rsidRDefault="005B651C">
            <w:pPr>
              <w:spacing w:before="40" w:after="40"/>
              <w:rPr>
                <w:lang w:val="cs-CZ"/>
              </w:rPr>
            </w:pPr>
            <w:r w:rsidRPr="0026347F">
              <w:rPr>
                <w:b/>
                <w:sz w:val="19"/>
                <w:lang w:val="cs-CZ"/>
              </w:rPr>
              <w:t>Objednatel</w:t>
            </w:r>
          </w:p>
        </w:tc>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3EFA1E21" w14:textId="77777777" w:rsidR="0077494F" w:rsidRPr="0026347F" w:rsidRDefault="005B651C">
            <w:pPr>
              <w:spacing w:before="40" w:after="40"/>
              <w:rPr>
                <w:lang w:val="cs-CZ"/>
              </w:rPr>
            </w:pPr>
            <w:r w:rsidRPr="0026347F">
              <w:rPr>
                <w:b/>
                <w:sz w:val="19"/>
                <w:lang w:val="cs-CZ"/>
              </w:rPr>
              <w:t>Zhotovitel</w:t>
            </w:r>
          </w:p>
        </w:tc>
      </w:tr>
      <w:tr w:rsidR="0077494F" w:rsidRPr="00EA1520" w14:paraId="15CEA5C7" w14:textId="77777777">
        <w:trPr>
          <w:jc w:val="center"/>
        </w:trPr>
        <w:tc>
          <w:tcPr>
            <w:tcW w:w="4819" w:type="dxa"/>
            <w:tcBorders>
              <w:top w:val="single" w:sz="4" w:space="0" w:color="BFBFBF"/>
              <w:left w:val="single" w:sz="4" w:space="0" w:color="BFBFBF"/>
              <w:bottom w:val="single" w:sz="4" w:space="0" w:color="BFBFBF"/>
              <w:right w:val="single" w:sz="4" w:space="0" w:color="BFBFBF"/>
            </w:tcBorders>
            <w:vAlign w:val="center"/>
          </w:tcPr>
          <w:p w14:paraId="123E58D4" w14:textId="77777777" w:rsidR="0077494F" w:rsidRPr="0026347F" w:rsidRDefault="005B651C">
            <w:pPr>
              <w:spacing w:before="40" w:after="40"/>
              <w:rPr>
                <w:lang w:val="cs-CZ"/>
              </w:rPr>
            </w:pPr>
            <w:r w:rsidRPr="0026347F">
              <w:rPr>
                <w:sz w:val="19"/>
                <w:lang w:val="cs-CZ"/>
              </w:rPr>
              <w:t>NOVÁ HUŤ s.r.o.</w:t>
            </w:r>
            <w:r w:rsidRPr="0026347F">
              <w:rPr>
                <w:sz w:val="19"/>
                <w:lang w:val="cs-CZ"/>
              </w:rPr>
              <w:br/>
              <w:t>se sídlem Vratimovská 689/117, Kunčice, 719 00 Ostrava</w:t>
            </w:r>
            <w:r w:rsidRPr="0026347F">
              <w:rPr>
                <w:sz w:val="19"/>
                <w:lang w:val="cs-CZ"/>
              </w:rPr>
              <w:br/>
              <w:t>IČ: 23089032</w:t>
            </w:r>
            <w:r w:rsidRPr="0026347F">
              <w:rPr>
                <w:sz w:val="19"/>
                <w:lang w:val="cs-CZ"/>
              </w:rPr>
              <w:br/>
            </w:r>
            <w:proofErr w:type="spellStart"/>
            <w:r w:rsidRPr="0026347F">
              <w:rPr>
                <w:sz w:val="19"/>
                <w:lang w:val="cs-CZ"/>
              </w:rPr>
              <w:t>sp</w:t>
            </w:r>
            <w:proofErr w:type="spellEnd"/>
            <w:r w:rsidRPr="0026347F">
              <w:rPr>
                <w:sz w:val="19"/>
                <w:lang w:val="cs-CZ"/>
              </w:rPr>
              <w:t>. zn. C 99128 vedená u Krajského soudu v Ostravě</w:t>
            </w:r>
            <w:r w:rsidRPr="0026347F">
              <w:rPr>
                <w:sz w:val="19"/>
                <w:lang w:val="cs-CZ"/>
              </w:rPr>
              <w:br/>
              <w:t>zastoupená: [DOPLNIT]</w:t>
            </w:r>
          </w:p>
        </w:tc>
        <w:tc>
          <w:tcPr>
            <w:tcW w:w="4819" w:type="dxa"/>
            <w:tcBorders>
              <w:top w:val="single" w:sz="4" w:space="0" w:color="BFBFBF"/>
              <w:left w:val="single" w:sz="4" w:space="0" w:color="BFBFBF"/>
              <w:bottom w:val="single" w:sz="4" w:space="0" w:color="BFBFBF"/>
              <w:right w:val="single" w:sz="4" w:space="0" w:color="BFBFBF"/>
            </w:tcBorders>
            <w:vAlign w:val="center"/>
          </w:tcPr>
          <w:p w14:paraId="7CE26F24" w14:textId="77777777" w:rsidR="0077494F" w:rsidRPr="0026347F" w:rsidRDefault="005B651C">
            <w:pPr>
              <w:spacing w:before="40" w:after="40"/>
              <w:rPr>
                <w:lang w:val="cs-CZ"/>
              </w:rPr>
            </w:pPr>
            <w:r w:rsidRPr="0026347F">
              <w:rPr>
                <w:sz w:val="19"/>
                <w:lang w:val="cs-CZ"/>
              </w:rPr>
              <w:t>[</w:t>
            </w:r>
            <w:r w:rsidRPr="00A66373">
              <w:rPr>
                <w:sz w:val="19"/>
                <w:highlight w:val="yellow"/>
                <w:lang w:val="cs-CZ"/>
              </w:rPr>
              <w:t>DOPLNIT</w:t>
            </w:r>
            <w:r w:rsidRPr="0026347F">
              <w:rPr>
                <w:sz w:val="19"/>
                <w:lang w:val="cs-CZ"/>
              </w:rPr>
              <w:t xml:space="preserve"> – vybraný zhotovitel]</w:t>
            </w:r>
            <w:r w:rsidRPr="0026347F">
              <w:rPr>
                <w:sz w:val="19"/>
                <w:lang w:val="cs-CZ"/>
              </w:rPr>
              <w:br/>
              <w:t>se sídlem: [</w:t>
            </w:r>
            <w:r w:rsidRPr="00A66373">
              <w:rPr>
                <w:sz w:val="19"/>
                <w:highlight w:val="yellow"/>
                <w:lang w:val="cs-CZ"/>
              </w:rPr>
              <w:t>DOPLNIT</w:t>
            </w:r>
            <w:r w:rsidRPr="0026347F">
              <w:rPr>
                <w:sz w:val="19"/>
                <w:lang w:val="cs-CZ"/>
              </w:rPr>
              <w:t>]</w:t>
            </w:r>
            <w:r w:rsidRPr="0026347F">
              <w:rPr>
                <w:sz w:val="19"/>
                <w:lang w:val="cs-CZ"/>
              </w:rPr>
              <w:br/>
              <w:t>IČ: [</w:t>
            </w:r>
            <w:r w:rsidRPr="00A66373">
              <w:rPr>
                <w:sz w:val="19"/>
                <w:highlight w:val="yellow"/>
                <w:lang w:val="cs-CZ"/>
              </w:rPr>
              <w:t>DOPLNIT</w:t>
            </w:r>
            <w:r w:rsidRPr="0026347F">
              <w:rPr>
                <w:sz w:val="19"/>
                <w:lang w:val="cs-CZ"/>
              </w:rPr>
              <w:t>]</w:t>
            </w:r>
            <w:r w:rsidRPr="0026347F">
              <w:rPr>
                <w:sz w:val="19"/>
                <w:lang w:val="cs-CZ"/>
              </w:rPr>
              <w:br/>
              <w:t>DIČ: [</w:t>
            </w:r>
            <w:r w:rsidRPr="00A66373">
              <w:rPr>
                <w:sz w:val="19"/>
                <w:highlight w:val="yellow"/>
                <w:lang w:val="cs-CZ"/>
              </w:rPr>
              <w:t>DOPLNIT</w:t>
            </w:r>
            <w:r w:rsidRPr="0026347F">
              <w:rPr>
                <w:sz w:val="19"/>
                <w:lang w:val="cs-CZ"/>
              </w:rPr>
              <w:t>]</w:t>
            </w:r>
            <w:r w:rsidRPr="0026347F">
              <w:rPr>
                <w:sz w:val="19"/>
                <w:lang w:val="cs-CZ"/>
              </w:rPr>
              <w:br/>
            </w:r>
            <w:proofErr w:type="spellStart"/>
            <w:r w:rsidRPr="0026347F">
              <w:rPr>
                <w:sz w:val="19"/>
                <w:lang w:val="cs-CZ"/>
              </w:rPr>
              <w:t>sp</w:t>
            </w:r>
            <w:proofErr w:type="spellEnd"/>
            <w:r w:rsidRPr="0026347F">
              <w:rPr>
                <w:sz w:val="19"/>
                <w:lang w:val="cs-CZ"/>
              </w:rPr>
              <w:t>. zn.: [</w:t>
            </w:r>
            <w:r w:rsidRPr="00A66373">
              <w:rPr>
                <w:sz w:val="19"/>
                <w:highlight w:val="yellow"/>
                <w:lang w:val="cs-CZ"/>
              </w:rPr>
              <w:t>DOPLNIT</w:t>
            </w:r>
            <w:r w:rsidRPr="0026347F">
              <w:rPr>
                <w:sz w:val="19"/>
                <w:lang w:val="cs-CZ"/>
              </w:rPr>
              <w:t>]</w:t>
            </w:r>
            <w:r w:rsidRPr="0026347F">
              <w:rPr>
                <w:sz w:val="19"/>
                <w:lang w:val="cs-CZ"/>
              </w:rPr>
              <w:br/>
              <w:t>zastoupená: [</w:t>
            </w:r>
            <w:r w:rsidRPr="00A66373">
              <w:rPr>
                <w:sz w:val="19"/>
                <w:highlight w:val="yellow"/>
                <w:lang w:val="cs-CZ"/>
              </w:rPr>
              <w:t>DOPLNIT</w:t>
            </w:r>
            <w:r w:rsidRPr="0026347F">
              <w:rPr>
                <w:sz w:val="19"/>
                <w:lang w:val="cs-CZ"/>
              </w:rPr>
              <w:t>]</w:t>
            </w:r>
          </w:p>
        </w:tc>
      </w:tr>
    </w:tbl>
    <w:p w14:paraId="33BA73C6" w14:textId="77777777" w:rsidR="0077494F" w:rsidRPr="0026347F" w:rsidRDefault="0077494F">
      <w:pPr>
        <w:spacing w:after="40"/>
        <w:rPr>
          <w:lang w:val="cs-CZ"/>
        </w:rPr>
      </w:pPr>
    </w:p>
    <w:p w14:paraId="12F83A6A" w14:textId="77777777" w:rsidR="0077494F" w:rsidRPr="0026347F" w:rsidRDefault="005B651C">
      <w:pPr>
        <w:spacing w:after="120" w:line="259" w:lineRule="auto"/>
        <w:rPr>
          <w:lang w:val="cs-CZ"/>
        </w:rPr>
      </w:pPr>
      <w:r w:rsidRPr="0026347F">
        <w:rPr>
          <w:lang w:val="cs-CZ"/>
        </w:rPr>
        <w:t>Objednatel a Zhotovitel dále společně také jako „Smluvní strany“ nebo jednotlivě jako „Smluvní strana“.</w:t>
      </w:r>
    </w:p>
    <w:p w14:paraId="57E5B2EC" w14:textId="77777777" w:rsidR="0077494F" w:rsidRPr="0026347F" w:rsidRDefault="005B651C">
      <w:pPr>
        <w:spacing w:before="240" w:after="120"/>
        <w:rPr>
          <w:lang w:val="cs-CZ"/>
        </w:rPr>
      </w:pPr>
      <w:r w:rsidRPr="0026347F">
        <w:rPr>
          <w:b/>
          <w:sz w:val="28"/>
          <w:lang w:val="cs-CZ"/>
        </w:rPr>
        <w:t>Definice základních pojmů</w:t>
      </w:r>
    </w:p>
    <w:tbl>
      <w:tblPr>
        <w:tblStyle w:val="Mkatabulky"/>
        <w:tblW w:w="0" w:type="auto"/>
        <w:jc w:val="center"/>
        <w:tblLook w:val="04A0" w:firstRow="1" w:lastRow="0" w:firstColumn="1" w:lastColumn="0" w:noHBand="0" w:noVBand="1"/>
      </w:tblPr>
      <w:tblGrid>
        <w:gridCol w:w="2381"/>
        <w:gridCol w:w="7257"/>
      </w:tblGrid>
      <w:tr w:rsidR="0077494F" w:rsidRPr="0026347F" w14:paraId="1F202121" w14:textId="77777777" w:rsidTr="72A900FB">
        <w:trPr>
          <w:tblHeade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220DED57" w14:textId="77777777" w:rsidR="0077494F" w:rsidRPr="0026347F" w:rsidRDefault="005B651C">
            <w:pPr>
              <w:spacing w:before="40" w:after="40"/>
              <w:rPr>
                <w:lang w:val="cs-CZ"/>
              </w:rPr>
            </w:pPr>
            <w:r w:rsidRPr="0026347F">
              <w:rPr>
                <w:b/>
                <w:sz w:val="19"/>
                <w:lang w:val="cs-CZ"/>
              </w:rPr>
              <w:t>Pojem</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0B56E1C6" w14:textId="77777777" w:rsidR="0077494F" w:rsidRPr="0026347F" w:rsidRDefault="005B651C">
            <w:pPr>
              <w:spacing w:before="40" w:after="40"/>
              <w:rPr>
                <w:lang w:val="cs-CZ"/>
              </w:rPr>
            </w:pPr>
            <w:r w:rsidRPr="0026347F">
              <w:rPr>
                <w:b/>
                <w:sz w:val="19"/>
                <w:lang w:val="cs-CZ"/>
              </w:rPr>
              <w:t>Význam</w:t>
            </w:r>
          </w:p>
        </w:tc>
      </w:tr>
      <w:tr w:rsidR="0077494F" w:rsidRPr="00EA1520" w14:paraId="217EC668"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A3AB4F" w14:textId="77777777" w:rsidR="0077494F" w:rsidRPr="0026347F" w:rsidRDefault="005B651C">
            <w:pPr>
              <w:spacing w:before="40" w:after="40"/>
              <w:rPr>
                <w:lang w:val="cs-CZ"/>
              </w:rPr>
            </w:pPr>
            <w:r w:rsidRPr="0026347F">
              <w:rPr>
                <w:sz w:val="19"/>
                <w:lang w:val="cs-CZ"/>
              </w:rPr>
              <w:t>Dílo</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EFB1A4" w14:textId="6D2BEC04" w:rsidR="0077494F" w:rsidRPr="00D17D2D" w:rsidRDefault="050F8545">
            <w:pPr>
              <w:spacing w:before="40" w:after="40"/>
              <w:rPr>
                <w:rFonts w:cs="Arial"/>
                <w:sz w:val="19"/>
                <w:szCs w:val="19"/>
                <w:lang w:val="cs-CZ"/>
              </w:rPr>
            </w:pPr>
            <w:r w:rsidRPr="00D17D2D">
              <w:rPr>
                <w:rFonts w:cs="Arial"/>
                <w:sz w:val="19"/>
                <w:szCs w:val="19"/>
                <w:lang w:val="cs-CZ"/>
              </w:rPr>
              <w:t>Dodávka a instalace</w:t>
            </w:r>
            <w:r w:rsidR="00A1215C" w:rsidRPr="00D17D2D">
              <w:rPr>
                <w:rFonts w:cs="Arial"/>
                <w:sz w:val="19"/>
                <w:szCs w:val="19"/>
                <w:lang w:val="cs-CZ"/>
              </w:rPr>
              <w:t xml:space="preserve"> automatického zkušebního </w:t>
            </w:r>
            <w:r w:rsidR="001F3AAF" w:rsidRPr="00D17D2D">
              <w:rPr>
                <w:rFonts w:cs="Arial"/>
                <w:sz w:val="19"/>
                <w:szCs w:val="19"/>
                <w:lang w:val="cs-CZ"/>
              </w:rPr>
              <w:t xml:space="preserve">systému </w:t>
            </w:r>
            <w:r w:rsidR="00A1215C" w:rsidRPr="00D17D2D">
              <w:rPr>
                <w:rFonts w:cs="Arial"/>
                <w:sz w:val="19"/>
                <w:szCs w:val="19"/>
                <w:lang w:val="cs-CZ"/>
              </w:rPr>
              <w:t>pro provádění tahových zkoušek na plochých vzorcích a podélných výřezech z trubek.</w:t>
            </w:r>
          </w:p>
        </w:tc>
      </w:tr>
      <w:tr w:rsidR="0077494F" w:rsidRPr="00EA1520" w14:paraId="392D9822"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78E57DB" w14:textId="77777777" w:rsidR="0077494F" w:rsidRPr="0026347F" w:rsidRDefault="005B651C">
            <w:pPr>
              <w:spacing w:before="40" w:after="40"/>
              <w:rPr>
                <w:lang w:val="cs-CZ"/>
              </w:rPr>
            </w:pPr>
            <w:r w:rsidRPr="0026347F">
              <w:rPr>
                <w:sz w:val="19"/>
                <w:lang w:val="cs-CZ"/>
              </w:rPr>
              <w:t>Zařízení</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CD1864" w14:textId="299DD449" w:rsidR="0077494F" w:rsidRPr="00D17D2D" w:rsidRDefault="2C565EC9">
            <w:pPr>
              <w:spacing w:before="40" w:after="40"/>
              <w:rPr>
                <w:rFonts w:cs="Arial"/>
                <w:sz w:val="19"/>
                <w:szCs w:val="19"/>
                <w:lang w:val="cs-CZ"/>
              </w:rPr>
            </w:pPr>
            <w:r w:rsidRPr="00D17D2D">
              <w:rPr>
                <w:rFonts w:cs="Arial"/>
                <w:sz w:val="19"/>
                <w:szCs w:val="19"/>
                <w:lang w:val="cs-CZ"/>
              </w:rPr>
              <w:t>Zkušební</w:t>
            </w:r>
            <w:r w:rsidR="00A1215C" w:rsidRPr="00D17D2D">
              <w:rPr>
                <w:rFonts w:cs="Arial"/>
                <w:sz w:val="19"/>
                <w:szCs w:val="19"/>
                <w:lang w:val="cs-CZ"/>
              </w:rPr>
              <w:t xml:space="preserve"> systém Z600E </w:t>
            </w:r>
            <w:proofErr w:type="spellStart"/>
            <w:r w:rsidR="00A1215C" w:rsidRPr="00D17D2D">
              <w:rPr>
                <w:rFonts w:cs="Arial"/>
                <w:sz w:val="19"/>
                <w:szCs w:val="19"/>
                <w:lang w:val="cs-CZ"/>
              </w:rPr>
              <w:t>Polar</w:t>
            </w:r>
            <w:proofErr w:type="spellEnd"/>
            <w:r w:rsidR="00A1215C" w:rsidRPr="00D17D2D">
              <w:rPr>
                <w:rFonts w:cs="Arial"/>
                <w:sz w:val="19"/>
                <w:szCs w:val="19"/>
                <w:lang w:val="cs-CZ"/>
              </w:rPr>
              <w:t xml:space="preserve"> na hraně morální a technické životnosti.</w:t>
            </w:r>
          </w:p>
        </w:tc>
      </w:tr>
      <w:tr w:rsidR="0077494F" w:rsidRPr="00EA1520" w14:paraId="73394568"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322818" w14:textId="77777777" w:rsidR="0077494F" w:rsidRPr="0026347F" w:rsidRDefault="005B651C">
            <w:pPr>
              <w:spacing w:before="40" w:after="40"/>
              <w:rPr>
                <w:lang w:val="cs-CZ"/>
              </w:rPr>
            </w:pPr>
            <w:r w:rsidRPr="0026347F">
              <w:rPr>
                <w:sz w:val="19"/>
                <w:lang w:val="cs-CZ"/>
              </w:rPr>
              <w:t>Cena díla</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038EF19" w14:textId="188B12EF" w:rsidR="0077494F" w:rsidRPr="0026347F" w:rsidRDefault="53CCBA68">
            <w:pPr>
              <w:spacing w:before="40" w:after="40"/>
              <w:rPr>
                <w:lang w:val="cs-CZ"/>
              </w:rPr>
            </w:pPr>
            <w:r w:rsidRPr="6AE49D30">
              <w:rPr>
                <w:sz w:val="19"/>
                <w:szCs w:val="19"/>
                <w:lang w:val="cs-CZ"/>
              </w:rPr>
              <w:t>C</w:t>
            </w:r>
            <w:r w:rsidR="005B651C" w:rsidRPr="6AE49D30">
              <w:rPr>
                <w:sz w:val="19"/>
                <w:szCs w:val="19"/>
                <w:lang w:val="cs-CZ"/>
              </w:rPr>
              <w:t xml:space="preserve">elková cena za řádně </w:t>
            </w:r>
            <w:r w:rsidR="41C2FC30" w:rsidRPr="6AE49D30">
              <w:rPr>
                <w:sz w:val="19"/>
                <w:szCs w:val="19"/>
                <w:lang w:val="cs-CZ"/>
              </w:rPr>
              <w:t>dokončené</w:t>
            </w:r>
            <w:r w:rsidR="005B651C" w:rsidRPr="6AE49D30">
              <w:rPr>
                <w:sz w:val="19"/>
                <w:szCs w:val="19"/>
                <w:lang w:val="cs-CZ"/>
              </w:rPr>
              <w:t>, odzkoušené, zdokumentované a předané Dílo včetně všech plnění dle Smlouvy a příloh.</w:t>
            </w:r>
          </w:p>
        </w:tc>
      </w:tr>
      <w:tr w:rsidR="0077494F" w:rsidRPr="00EA1520" w14:paraId="56E7AF10"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2890E0" w14:textId="20ECA4F2" w:rsidR="0077494F" w:rsidRPr="0026347F" w:rsidRDefault="005B651C">
            <w:pPr>
              <w:spacing w:before="40" w:after="40"/>
              <w:rPr>
                <w:lang w:val="cs-CZ"/>
              </w:rPr>
            </w:pPr>
            <w:r w:rsidRPr="0026347F">
              <w:rPr>
                <w:sz w:val="19"/>
                <w:lang w:val="cs-CZ"/>
              </w:rPr>
              <w:t xml:space="preserve">Předávací protokol </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4AE95E" w14:textId="1B6F8497" w:rsidR="0077494F" w:rsidRPr="00D17D2D" w:rsidRDefault="7F57FBCD">
            <w:pPr>
              <w:spacing w:before="40" w:after="40"/>
              <w:rPr>
                <w:lang w:val="cs-CZ"/>
              </w:rPr>
            </w:pPr>
            <w:r w:rsidRPr="00D17D2D">
              <w:rPr>
                <w:sz w:val="19"/>
                <w:szCs w:val="19"/>
                <w:lang w:val="cs-CZ"/>
              </w:rPr>
              <w:t>P</w:t>
            </w:r>
            <w:r w:rsidR="005B651C" w:rsidRPr="00D17D2D">
              <w:rPr>
                <w:sz w:val="19"/>
                <w:szCs w:val="19"/>
                <w:lang w:val="cs-CZ"/>
              </w:rPr>
              <w:t>rotokol o předání a převzetí Díla, resp. finální akceptační protokol po splnění podmínek této Smlouvy.</w:t>
            </w:r>
          </w:p>
        </w:tc>
      </w:tr>
      <w:tr w:rsidR="0077494F" w:rsidRPr="00EA1520" w14:paraId="195CD31B"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33D294" w14:textId="148B06DB" w:rsidR="0077494F" w:rsidRPr="0026347F" w:rsidRDefault="00D21E6F">
            <w:pPr>
              <w:spacing w:before="40" w:after="40"/>
              <w:rPr>
                <w:lang w:val="cs-CZ"/>
              </w:rPr>
            </w:pPr>
            <w:proofErr w:type="gramStart"/>
            <w:r w:rsidRPr="6AE49D30">
              <w:rPr>
                <w:sz w:val="19"/>
                <w:szCs w:val="19"/>
                <w:lang w:val="cs-CZ"/>
              </w:rPr>
              <w:t>Garančně - výkon</w:t>
            </w:r>
            <w:r w:rsidR="542E79AB" w:rsidRPr="6AE49D30">
              <w:rPr>
                <w:sz w:val="19"/>
                <w:szCs w:val="19"/>
                <w:lang w:val="cs-CZ"/>
              </w:rPr>
              <w:t>n</w:t>
            </w:r>
            <w:r w:rsidRPr="6AE49D30">
              <w:rPr>
                <w:sz w:val="19"/>
                <w:szCs w:val="19"/>
                <w:lang w:val="cs-CZ"/>
              </w:rPr>
              <w:t>ostní</w:t>
            </w:r>
            <w:proofErr w:type="gramEnd"/>
            <w:r w:rsidRPr="6AE49D30">
              <w:rPr>
                <w:sz w:val="19"/>
                <w:szCs w:val="19"/>
                <w:lang w:val="cs-CZ"/>
              </w:rPr>
              <w:t xml:space="preserve"> </w:t>
            </w:r>
            <w:r w:rsidR="00E1508D" w:rsidRPr="6AE49D30">
              <w:rPr>
                <w:sz w:val="19"/>
                <w:szCs w:val="19"/>
                <w:lang w:val="cs-CZ"/>
              </w:rPr>
              <w:t>test</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D287B1" w14:textId="0D070416" w:rsidR="26EC8172" w:rsidRPr="00D17D2D" w:rsidRDefault="26EC8172" w:rsidP="6AE49D30">
            <w:pPr>
              <w:spacing w:before="40" w:after="40"/>
              <w:rPr>
                <w:sz w:val="19"/>
                <w:szCs w:val="19"/>
                <w:lang w:val="cs-CZ"/>
              </w:rPr>
            </w:pPr>
            <w:r w:rsidRPr="00D17D2D">
              <w:rPr>
                <w:sz w:val="19"/>
                <w:szCs w:val="19"/>
                <w:lang w:val="cs-CZ"/>
              </w:rPr>
              <w:t>Test dle Přílohy 02_04 ověřující splnění vlastností Díla</w:t>
            </w:r>
          </w:p>
          <w:p w14:paraId="0C224279" w14:textId="79F3698A" w:rsidR="0077494F" w:rsidRPr="00D17D2D" w:rsidRDefault="0077494F" w:rsidP="330E6841">
            <w:pPr>
              <w:spacing w:before="40" w:after="40"/>
              <w:rPr>
                <w:sz w:val="19"/>
                <w:szCs w:val="19"/>
                <w:lang w:val="cs-CZ"/>
              </w:rPr>
            </w:pPr>
          </w:p>
        </w:tc>
      </w:tr>
      <w:tr w:rsidR="0077494F" w:rsidRPr="00EA1520" w14:paraId="561141BA" w14:textId="77777777" w:rsidTr="72A900FB">
        <w:trPr>
          <w:jc w:val="center"/>
        </w:trPr>
        <w:tc>
          <w:tcPr>
            <w:tcW w:w="23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B88A65" w14:textId="1D04AB76" w:rsidR="0077494F" w:rsidRPr="0026347F" w:rsidRDefault="001F3AAF">
            <w:pPr>
              <w:spacing w:before="40" w:after="40"/>
              <w:rPr>
                <w:lang w:val="cs-CZ"/>
              </w:rPr>
            </w:pPr>
            <w:r w:rsidRPr="00D17D2D">
              <w:rPr>
                <w:sz w:val="19"/>
                <w:lang w:val="cs-CZ"/>
              </w:rPr>
              <w:t>Omezení provozu mechanické zkušebny</w:t>
            </w:r>
          </w:p>
        </w:tc>
        <w:tc>
          <w:tcPr>
            <w:tcW w:w="725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A25130" w14:textId="08CBF2F1" w:rsidR="0077494F" w:rsidRPr="0026347F" w:rsidRDefault="008309FC">
            <w:pPr>
              <w:spacing w:before="40" w:after="40"/>
              <w:rPr>
                <w:lang w:val="cs-CZ"/>
              </w:rPr>
            </w:pPr>
            <w:r w:rsidRPr="00D17D2D">
              <w:rPr>
                <w:sz w:val="19"/>
                <w:szCs w:val="19"/>
                <w:lang w:val="cs-CZ"/>
              </w:rPr>
              <w:t>Časové okno</w:t>
            </w:r>
            <w:r w:rsidR="00C97ACC" w:rsidRPr="00D17D2D">
              <w:rPr>
                <w:sz w:val="19"/>
                <w:szCs w:val="19"/>
                <w:lang w:val="cs-CZ"/>
              </w:rPr>
              <w:t xml:space="preserve"> v délce max. 60 </w:t>
            </w:r>
            <w:r w:rsidR="007D216F" w:rsidRPr="00D17D2D">
              <w:rPr>
                <w:sz w:val="19"/>
                <w:szCs w:val="19"/>
                <w:lang w:val="cs-CZ"/>
              </w:rPr>
              <w:t xml:space="preserve">kalendářních </w:t>
            </w:r>
            <w:r w:rsidR="00C97ACC" w:rsidRPr="00D17D2D">
              <w:rPr>
                <w:sz w:val="19"/>
                <w:szCs w:val="19"/>
                <w:lang w:val="cs-CZ"/>
              </w:rPr>
              <w:t>dnů</w:t>
            </w:r>
            <w:r w:rsidRPr="00D17D2D">
              <w:rPr>
                <w:sz w:val="19"/>
                <w:szCs w:val="19"/>
                <w:lang w:val="cs-CZ"/>
              </w:rPr>
              <w:t xml:space="preserve">, během něhož budou prováděny práce s přímým vlivem na </w:t>
            </w:r>
            <w:r w:rsidR="001F3AAF" w:rsidRPr="00D17D2D">
              <w:rPr>
                <w:sz w:val="19"/>
                <w:szCs w:val="19"/>
                <w:lang w:val="cs-CZ"/>
              </w:rPr>
              <w:t>provoz mechanické zkušebny</w:t>
            </w:r>
            <w:r w:rsidRPr="00D17D2D">
              <w:rPr>
                <w:sz w:val="19"/>
                <w:szCs w:val="19"/>
                <w:lang w:val="cs-CZ"/>
              </w:rPr>
              <w:t xml:space="preserve">. </w:t>
            </w:r>
            <w:r w:rsidR="00E714CA" w:rsidRPr="00D17D2D">
              <w:rPr>
                <w:sz w:val="19"/>
                <w:szCs w:val="19"/>
                <w:lang w:val="cs-CZ"/>
              </w:rPr>
              <w:t>Předpokládaný termín odstávk</w:t>
            </w:r>
            <w:r w:rsidRPr="00D17D2D">
              <w:rPr>
                <w:sz w:val="19"/>
                <w:szCs w:val="19"/>
                <w:lang w:val="cs-CZ"/>
              </w:rPr>
              <w:t xml:space="preserve">y: </w:t>
            </w:r>
            <w:r w:rsidR="6ED9A427" w:rsidRPr="00D17D2D">
              <w:rPr>
                <w:sz w:val="19"/>
                <w:szCs w:val="19"/>
                <w:lang w:val="cs-CZ"/>
              </w:rPr>
              <w:t>[</w:t>
            </w:r>
            <w:r w:rsidR="001F3AAF" w:rsidRPr="00D17D2D">
              <w:rPr>
                <w:sz w:val="19"/>
                <w:szCs w:val="19"/>
                <w:highlight w:val="yellow"/>
                <w:lang w:val="cs-CZ"/>
              </w:rPr>
              <w:t>bude ještě upřesněn</w:t>
            </w:r>
            <w:r w:rsidR="203F7C92" w:rsidRPr="00D17D2D">
              <w:rPr>
                <w:szCs w:val="20"/>
                <w:lang w:val="cs-CZ"/>
              </w:rPr>
              <w:t>]</w:t>
            </w:r>
            <w:r w:rsidR="00E714CA" w:rsidRPr="00D17D2D">
              <w:rPr>
                <w:sz w:val="19"/>
                <w:szCs w:val="19"/>
                <w:lang w:val="cs-CZ"/>
              </w:rPr>
              <w:t xml:space="preserve">. </w:t>
            </w:r>
            <w:r w:rsidRPr="00D17D2D">
              <w:rPr>
                <w:sz w:val="19"/>
                <w:szCs w:val="19"/>
                <w:lang w:val="cs-CZ"/>
              </w:rPr>
              <w:t xml:space="preserve">Objednatel </w:t>
            </w:r>
            <w:r w:rsidR="00E714CA" w:rsidRPr="00D17D2D">
              <w:rPr>
                <w:sz w:val="19"/>
                <w:szCs w:val="19"/>
                <w:lang w:val="cs-CZ"/>
              </w:rPr>
              <w:t>nejpozději 2 měsíce před předpokládaným termínem potvrdí finální termín</w:t>
            </w:r>
            <w:r w:rsidR="001F3AAF" w:rsidRPr="00D17D2D">
              <w:rPr>
                <w:sz w:val="19"/>
                <w:szCs w:val="19"/>
                <w:lang w:val="cs-CZ"/>
              </w:rPr>
              <w:t>.</w:t>
            </w:r>
          </w:p>
        </w:tc>
      </w:tr>
    </w:tbl>
    <w:p w14:paraId="6F136B9D" w14:textId="77777777" w:rsidR="0077494F" w:rsidRPr="0026347F" w:rsidRDefault="0077494F">
      <w:pPr>
        <w:spacing w:after="40"/>
        <w:rPr>
          <w:lang w:val="cs-CZ"/>
        </w:rPr>
      </w:pPr>
    </w:p>
    <w:p w14:paraId="57144737" w14:textId="77777777" w:rsidR="0077494F" w:rsidRPr="0026347F" w:rsidRDefault="005B651C">
      <w:pPr>
        <w:spacing w:before="240" w:after="120"/>
        <w:rPr>
          <w:lang w:val="cs-CZ"/>
        </w:rPr>
      </w:pPr>
      <w:r w:rsidRPr="0026347F">
        <w:rPr>
          <w:b/>
          <w:sz w:val="28"/>
          <w:lang w:val="cs-CZ"/>
        </w:rPr>
        <w:t>1. Úvodní ustanovení</w:t>
      </w:r>
    </w:p>
    <w:p w14:paraId="3FFCF973" w14:textId="1F20E20C" w:rsidR="0077494F" w:rsidRPr="00D17D2D" w:rsidRDefault="005B651C">
      <w:pPr>
        <w:spacing w:after="120" w:line="259" w:lineRule="auto"/>
        <w:rPr>
          <w:lang w:val="cs-CZ"/>
        </w:rPr>
      </w:pPr>
      <w:r w:rsidRPr="00D17D2D">
        <w:rPr>
          <w:b/>
          <w:bCs/>
          <w:lang w:val="cs-CZ"/>
        </w:rPr>
        <w:t xml:space="preserve">1.1. </w:t>
      </w:r>
      <w:r w:rsidRPr="00D17D2D">
        <w:rPr>
          <w:lang w:val="cs-CZ"/>
        </w:rPr>
        <w:t xml:space="preserve">Objednatel provozuje </w:t>
      </w:r>
      <w:r w:rsidR="001F3AAF" w:rsidRPr="00D17D2D">
        <w:rPr>
          <w:lang w:val="cs-CZ"/>
        </w:rPr>
        <w:t>stávající automatický zkušební systém pro provádění zkoušek tahem od července 2006</w:t>
      </w:r>
      <w:r w:rsidR="00152D31" w:rsidRPr="00D17D2D">
        <w:rPr>
          <w:lang w:val="cs-CZ"/>
        </w:rPr>
        <w:t>.</w:t>
      </w:r>
      <w:r w:rsidR="001F3AAF" w:rsidRPr="00D17D2D">
        <w:rPr>
          <w:lang w:val="cs-CZ"/>
        </w:rPr>
        <w:t xml:space="preserve"> </w:t>
      </w:r>
      <w:r w:rsidR="00C80E6D" w:rsidRPr="00D17D2D">
        <w:rPr>
          <w:lang w:val="cs-CZ"/>
        </w:rPr>
        <w:t xml:space="preserve">Z důvodu </w:t>
      </w:r>
      <w:r w:rsidR="001F3AAF" w:rsidRPr="00D17D2D">
        <w:rPr>
          <w:lang w:val="cs-CZ"/>
        </w:rPr>
        <w:t>limitního technického a morálního stavu a nedostupnosti náhradních dílů je třeba stávající zkušební systém nahradit.</w:t>
      </w:r>
      <w:r w:rsidR="00C80E6D" w:rsidRPr="00D17D2D">
        <w:rPr>
          <w:lang w:val="cs-CZ"/>
        </w:rPr>
        <w:t xml:space="preserve"> </w:t>
      </w:r>
    </w:p>
    <w:p w14:paraId="4FD406B1" w14:textId="661DE27E" w:rsidR="00152D31" w:rsidRPr="00D17D2D" w:rsidRDefault="005B651C">
      <w:pPr>
        <w:spacing w:after="120" w:line="259" w:lineRule="auto"/>
        <w:rPr>
          <w:lang w:val="cs-CZ"/>
        </w:rPr>
      </w:pPr>
      <w:r w:rsidRPr="00D17D2D">
        <w:rPr>
          <w:b/>
          <w:bCs/>
          <w:lang w:val="cs-CZ"/>
        </w:rPr>
        <w:t xml:space="preserve">1.2. </w:t>
      </w:r>
      <w:r w:rsidR="79FF5D0C" w:rsidRPr="00D17D2D">
        <w:rPr>
          <w:lang w:val="cs-CZ"/>
        </w:rPr>
        <w:t>Účelem této Smlouvy</w:t>
      </w:r>
      <w:r w:rsidRPr="00D17D2D">
        <w:rPr>
          <w:lang w:val="cs-CZ"/>
        </w:rPr>
        <w:t xml:space="preserve"> je</w:t>
      </w:r>
      <w:r w:rsidR="0294DA7C" w:rsidRPr="00D17D2D">
        <w:rPr>
          <w:lang w:val="cs-CZ"/>
        </w:rPr>
        <w:t xml:space="preserve"> zejména</w:t>
      </w:r>
      <w:r w:rsidRPr="00D17D2D">
        <w:rPr>
          <w:lang w:val="cs-CZ"/>
        </w:rPr>
        <w:t xml:space="preserve"> </w:t>
      </w:r>
      <w:r w:rsidR="00C80E6D" w:rsidRPr="00D17D2D">
        <w:rPr>
          <w:lang w:val="cs-CZ"/>
        </w:rPr>
        <w:t xml:space="preserve">zvýšení </w:t>
      </w:r>
      <w:r w:rsidR="00391669" w:rsidRPr="00D17D2D">
        <w:rPr>
          <w:lang w:val="cs-CZ"/>
        </w:rPr>
        <w:t>produktivity pracoviště mechanické zkušebny pořízením nového, přesného a spolehlivého autonomního zkušebního zařízení, které bude bez lidské osádky provádět zkoušky tahem na 2. a 3. směně.</w:t>
      </w:r>
    </w:p>
    <w:p w14:paraId="566E56F0" w14:textId="11628E43" w:rsidR="0077494F" w:rsidRPr="00D17D2D" w:rsidRDefault="005B651C">
      <w:pPr>
        <w:spacing w:after="120" w:line="259" w:lineRule="auto"/>
        <w:rPr>
          <w:lang w:val="cs-CZ"/>
        </w:rPr>
      </w:pPr>
      <w:r w:rsidRPr="00D17D2D">
        <w:rPr>
          <w:b/>
          <w:bCs/>
          <w:lang w:val="cs-CZ"/>
        </w:rPr>
        <w:t xml:space="preserve">1.4. </w:t>
      </w:r>
      <w:r w:rsidRPr="00D17D2D">
        <w:rPr>
          <w:lang w:val="cs-CZ"/>
        </w:rPr>
        <w:t>Zhotovitel prohlašuje, že se seznámil se Zařízením, místem plnění, technickou specifikací</w:t>
      </w:r>
      <w:r w:rsidR="093191D5" w:rsidRPr="00D17D2D">
        <w:rPr>
          <w:lang w:val="cs-CZ"/>
        </w:rPr>
        <w:t xml:space="preserve"> Díla</w:t>
      </w:r>
      <w:r w:rsidRPr="00D17D2D">
        <w:rPr>
          <w:lang w:val="cs-CZ"/>
        </w:rPr>
        <w:t>, dostupnými podklady a provozními omezeními Objednatele, a že je odborně způsobilý provést Dílo za podmínek této Smlouvy.</w:t>
      </w:r>
    </w:p>
    <w:p w14:paraId="620A0B94" w14:textId="7CCC691F" w:rsidR="0077494F" w:rsidRPr="00D17D2D" w:rsidRDefault="005B651C">
      <w:pPr>
        <w:spacing w:after="120" w:line="259" w:lineRule="auto"/>
        <w:rPr>
          <w:lang w:val="cs-CZ"/>
        </w:rPr>
      </w:pPr>
      <w:r w:rsidRPr="00D17D2D">
        <w:rPr>
          <w:b/>
          <w:bCs/>
          <w:lang w:val="cs-CZ"/>
        </w:rPr>
        <w:t xml:space="preserve">1.5. </w:t>
      </w:r>
      <w:r w:rsidRPr="00D17D2D">
        <w:rPr>
          <w:lang w:val="cs-CZ"/>
        </w:rPr>
        <w:t xml:space="preserve">Účelem této Smlouvy je </w:t>
      </w:r>
      <w:r w:rsidR="24390653" w:rsidRPr="00D17D2D">
        <w:rPr>
          <w:lang w:val="cs-CZ"/>
        </w:rPr>
        <w:t xml:space="preserve">dále </w:t>
      </w:r>
      <w:r w:rsidRPr="00D17D2D">
        <w:rPr>
          <w:lang w:val="cs-CZ"/>
        </w:rPr>
        <w:t xml:space="preserve">včasné, bezpečné a odborné provedení </w:t>
      </w:r>
      <w:r w:rsidR="00391669" w:rsidRPr="00D17D2D">
        <w:rPr>
          <w:lang w:val="cs-CZ"/>
        </w:rPr>
        <w:t xml:space="preserve">instalace </w:t>
      </w:r>
      <w:r w:rsidR="00391669" w:rsidRPr="00D17D2D">
        <w:rPr>
          <w:rFonts w:cs="Arial"/>
          <w:sz w:val="19"/>
          <w:szCs w:val="19"/>
          <w:lang w:val="cs-CZ"/>
        </w:rPr>
        <w:t>automatického zkušebního systému pro provádění tahových zkoušek na plochých vzorcích a podélných výřezech z trubek</w:t>
      </w:r>
      <w:r w:rsidR="00391669" w:rsidRPr="00D17D2D">
        <w:rPr>
          <w:lang w:val="cs-CZ"/>
        </w:rPr>
        <w:t xml:space="preserve"> </w:t>
      </w:r>
      <w:r w:rsidRPr="00D17D2D">
        <w:rPr>
          <w:lang w:val="cs-CZ"/>
        </w:rPr>
        <w:t>tak, aby</w:t>
      </w:r>
      <w:r w:rsidR="00152D31" w:rsidRPr="00D17D2D">
        <w:rPr>
          <w:lang w:val="cs-CZ"/>
        </w:rPr>
        <w:t xml:space="preserve"> </w:t>
      </w:r>
      <w:r w:rsidRPr="00D17D2D">
        <w:rPr>
          <w:lang w:val="cs-CZ"/>
        </w:rPr>
        <w:t xml:space="preserve">po dokončení </w:t>
      </w:r>
      <w:r w:rsidRPr="00D17D2D">
        <w:rPr>
          <w:lang w:val="cs-CZ"/>
        </w:rPr>
        <w:lastRenderedPageBreak/>
        <w:t xml:space="preserve">Díla </w:t>
      </w:r>
      <w:r w:rsidR="00391669" w:rsidRPr="00D17D2D">
        <w:rPr>
          <w:lang w:val="cs-CZ"/>
        </w:rPr>
        <w:t xml:space="preserve">bylo možno v autonomním režimu provést v jedné dávce až 160 tahových zkoušek </w:t>
      </w:r>
      <w:r w:rsidRPr="00D17D2D">
        <w:rPr>
          <w:lang w:val="cs-CZ"/>
        </w:rPr>
        <w:t xml:space="preserve">a </w:t>
      </w:r>
      <w:r w:rsidR="00391669" w:rsidRPr="00D17D2D">
        <w:rPr>
          <w:lang w:val="cs-CZ"/>
        </w:rPr>
        <w:t xml:space="preserve">zkušební systém </w:t>
      </w:r>
      <w:r w:rsidRPr="00D17D2D">
        <w:rPr>
          <w:lang w:val="cs-CZ"/>
        </w:rPr>
        <w:t>umožňoval Objednateli bezpečné</w:t>
      </w:r>
      <w:r w:rsidR="00556529" w:rsidRPr="00D17D2D">
        <w:rPr>
          <w:lang w:val="cs-CZ"/>
        </w:rPr>
        <w:t>, přesné</w:t>
      </w:r>
      <w:r w:rsidRPr="00D17D2D">
        <w:rPr>
          <w:lang w:val="cs-CZ"/>
        </w:rPr>
        <w:t xml:space="preserve"> a spolehlivé využívání Zařízení ve výrobní činnosti.</w:t>
      </w:r>
    </w:p>
    <w:p w14:paraId="366B172A" w14:textId="77777777" w:rsidR="0077494F" w:rsidRPr="0026347F" w:rsidRDefault="005B651C">
      <w:pPr>
        <w:spacing w:before="240" w:after="120"/>
        <w:rPr>
          <w:lang w:val="cs-CZ"/>
        </w:rPr>
      </w:pPr>
      <w:r w:rsidRPr="00D17D2D">
        <w:rPr>
          <w:b/>
          <w:sz w:val="28"/>
          <w:lang w:val="cs-CZ"/>
        </w:rPr>
        <w:t>2. Předmět Smlouvy</w:t>
      </w:r>
    </w:p>
    <w:p w14:paraId="45647D66" w14:textId="3F97EF1E" w:rsidR="0077494F" w:rsidRPr="0026347F" w:rsidRDefault="005B651C">
      <w:pPr>
        <w:spacing w:after="120" w:line="259" w:lineRule="auto"/>
        <w:rPr>
          <w:lang w:val="cs-CZ"/>
        </w:rPr>
      </w:pPr>
      <w:r w:rsidRPr="6AE49D30">
        <w:rPr>
          <w:b/>
          <w:bCs/>
          <w:lang w:val="cs-CZ"/>
        </w:rPr>
        <w:t xml:space="preserve">2.1. </w:t>
      </w:r>
      <w:r w:rsidRPr="6AE49D30">
        <w:rPr>
          <w:lang w:val="cs-CZ"/>
        </w:rPr>
        <w:t xml:space="preserve">Zhotovitel se zavazuje provést na svůj náklad a nebezpečí pro Objednatele Dílo a Objednatel se zavazuje řádně </w:t>
      </w:r>
      <w:r w:rsidR="032878AF" w:rsidRPr="6AE49D30">
        <w:rPr>
          <w:lang w:val="cs-CZ"/>
        </w:rPr>
        <w:t xml:space="preserve">dokončené </w:t>
      </w:r>
      <w:r w:rsidRPr="6AE49D30">
        <w:rPr>
          <w:lang w:val="cs-CZ"/>
        </w:rPr>
        <w:t>Dílo převzít a zaplatit Zhotoviteli Cenu díla.</w:t>
      </w:r>
    </w:p>
    <w:p w14:paraId="3B2B9569" w14:textId="77777777" w:rsidR="0077494F" w:rsidRPr="0026347F" w:rsidRDefault="005B651C">
      <w:pPr>
        <w:spacing w:after="120" w:line="259" w:lineRule="auto"/>
        <w:rPr>
          <w:lang w:val="cs-CZ"/>
        </w:rPr>
      </w:pPr>
      <w:r w:rsidRPr="0026347F">
        <w:rPr>
          <w:b/>
          <w:lang w:val="cs-CZ"/>
        </w:rPr>
        <w:t xml:space="preserve">2.2. </w:t>
      </w:r>
      <w:r w:rsidRPr="0026347F">
        <w:rPr>
          <w:lang w:val="cs-CZ"/>
        </w:rPr>
        <w:t>Dílo musí být provedeno v souladu s touto Smlouvou, jejími přílohami, technickou specifikací, harmonogramem, dokumentací, příslušnými právními předpisy a technickými normami platnými v České republice a Evropské unii.</w:t>
      </w:r>
    </w:p>
    <w:p w14:paraId="53F1E71F" w14:textId="18DFC72F" w:rsidR="0077494F" w:rsidRPr="0026347F" w:rsidRDefault="005B651C">
      <w:pPr>
        <w:spacing w:after="120" w:line="259" w:lineRule="auto"/>
        <w:rPr>
          <w:lang w:val="cs-CZ"/>
        </w:rPr>
      </w:pPr>
      <w:r w:rsidRPr="0026347F">
        <w:rPr>
          <w:b/>
          <w:lang w:val="cs-CZ"/>
        </w:rPr>
        <w:t>2.</w:t>
      </w:r>
      <w:r w:rsidR="00AE5003">
        <w:rPr>
          <w:b/>
          <w:lang w:val="cs-CZ"/>
        </w:rPr>
        <w:t>3</w:t>
      </w:r>
      <w:r w:rsidRPr="0026347F">
        <w:rPr>
          <w:b/>
          <w:lang w:val="cs-CZ"/>
        </w:rPr>
        <w:t xml:space="preserve">. </w:t>
      </w:r>
      <w:r w:rsidRPr="0026347F">
        <w:rPr>
          <w:lang w:val="cs-CZ"/>
        </w:rPr>
        <w:t>Zhotovitel v rámci Díla provede také veškeré práce, dodávky a služby, které nejsou výslovně popsány, ale jsou nezbytné pro dosažení účelu Smlouvy, řádnou funkčnost Díla a bezpečný provoz Zařízení.</w:t>
      </w:r>
    </w:p>
    <w:p w14:paraId="023C80A9" w14:textId="15DE1ADF" w:rsidR="0077494F" w:rsidRPr="0026347F" w:rsidRDefault="005B651C">
      <w:pPr>
        <w:spacing w:after="120" w:line="259" w:lineRule="auto"/>
        <w:rPr>
          <w:lang w:val="cs-CZ"/>
        </w:rPr>
      </w:pPr>
      <w:r w:rsidRPr="0026347F">
        <w:rPr>
          <w:b/>
          <w:lang w:val="cs-CZ"/>
        </w:rPr>
        <w:t>2.</w:t>
      </w:r>
      <w:r w:rsidR="00AE5003">
        <w:rPr>
          <w:b/>
          <w:lang w:val="cs-CZ"/>
        </w:rPr>
        <w:t>4</w:t>
      </w:r>
      <w:r w:rsidRPr="0026347F">
        <w:rPr>
          <w:b/>
          <w:lang w:val="cs-CZ"/>
        </w:rPr>
        <w:t xml:space="preserve">. </w:t>
      </w:r>
      <w:r w:rsidRPr="0026347F">
        <w:rPr>
          <w:lang w:val="cs-CZ"/>
        </w:rPr>
        <w:t xml:space="preserve">Případné vícepráce musí být předem písemně schváleny Objednatelem formou dodatku nebo změnového listu dle této Smlouvy. Bez takového </w:t>
      </w:r>
      <w:r w:rsidR="008D6DE9" w:rsidRPr="0026347F">
        <w:rPr>
          <w:lang w:val="cs-CZ"/>
        </w:rPr>
        <w:t xml:space="preserve">písemného </w:t>
      </w:r>
      <w:r w:rsidRPr="0026347F">
        <w:rPr>
          <w:lang w:val="cs-CZ"/>
        </w:rPr>
        <w:t xml:space="preserve">schválení </w:t>
      </w:r>
      <w:r w:rsidR="008D6DE9" w:rsidRPr="0026347F">
        <w:rPr>
          <w:lang w:val="cs-CZ"/>
        </w:rPr>
        <w:t>není Objednatel povinen k platbě ani jinému protiplnění</w:t>
      </w:r>
      <w:r w:rsidRPr="0026347F">
        <w:rPr>
          <w:lang w:val="cs-CZ"/>
        </w:rPr>
        <w:t>.</w:t>
      </w:r>
      <w:r w:rsidR="008D6DE9" w:rsidRPr="0026347F">
        <w:rPr>
          <w:lang w:val="cs-CZ"/>
        </w:rPr>
        <w:t xml:space="preserve"> Jakékoli plnění Zhotovitele v souvislosti s touto Smlouvou, které není předmětem Díla ani jiné písemně uzavřené smlouvy mezi Stranami a které Objednatel převezme, se stává součástí Díla, přičemž cena za něj je zahrnuta v Ceně díla.</w:t>
      </w:r>
    </w:p>
    <w:p w14:paraId="66207230" w14:textId="77777777" w:rsidR="0077494F" w:rsidRPr="0026347F" w:rsidRDefault="005B651C">
      <w:pPr>
        <w:spacing w:before="240" w:after="120"/>
        <w:rPr>
          <w:lang w:val="cs-CZ"/>
        </w:rPr>
      </w:pPr>
      <w:r w:rsidRPr="0026347F">
        <w:rPr>
          <w:b/>
          <w:sz w:val="28"/>
          <w:lang w:val="cs-CZ"/>
        </w:rPr>
        <w:t>3. Technické a provozní požadavky</w:t>
      </w:r>
    </w:p>
    <w:p w14:paraId="18F37FAD" w14:textId="45C42854" w:rsidR="0077494F" w:rsidRPr="00D17D2D" w:rsidRDefault="005B651C" w:rsidP="00A53338">
      <w:pPr>
        <w:spacing w:after="120" w:line="259" w:lineRule="auto"/>
        <w:rPr>
          <w:lang w:val="cs-CZ"/>
        </w:rPr>
      </w:pPr>
      <w:r w:rsidRPr="00D17D2D">
        <w:rPr>
          <w:b/>
          <w:bCs/>
          <w:lang w:val="cs-CZ"/>
        </w:rPr>
        <w:t xml:space="preserve">3.1. </w:t>
      </w:r>
      <w:r w:rsidRPr="00D17D2D">
        <w:rPr>
          <w:lang w:val="cs-CZ"/>
        </w:rPr>
        <w:t xml:space="preserve">Technická specifikace Díla tvoří Přílohu </w:t>
      </w:r>
      <w:r w:rsidR="5225E144" w:rsidRPr="00D17D2D">
        <w:rPr>
          <w:lang w:val="cs-CZ"/>
        </w:rPr>
        <w:t>02</w:t>
      </w:r>
      <w:r w:rsidR="002D4462" w:rsidRPr="00D17D2D">
        <w:rPr>
          <w:lang w:val="cs-CZ"/>
        </w:rPr>
        <w:t>_</w:t>
      </w:r>
      <w:r w:rsidR="5225E144" w:rsidRPr="00D17D2D">
        <w:rPr>
          <w:lang w:val="cs-CZ"/>
        </w:rPr>
        <w:t>0</w:t>
      </w:r>
      <w:r w:rsidRPr="00D17D2D">
        <w:rPr>
          <w:lang w:val="cs-CZ"/>
        </w:rPr>
        <w:t>1</w:t>
      </w:r>
      <w:r w:rsidR="7079E8AA" w:rsidRPr="00D17D2D">
        <w:rPr>
          <w:i/>
          <w:iCs/>
          <w:lang w:val="cs-CZ"/>
        </w:rPr>
        <w:t>,</w:t>
      </w:r>
      <w:r w:rsidR="080502D9" w:rsidRPr="00D17D2D">
        <w:rPr>
          <w:lang w:val="cs-CZ"/>
        </w:rPr>
        <w:t xml:space="preserve"> Technické požadavky Díla </w:t>
      </w:r>
      <w:r w:rsidR="30631AE0" w:rsidRPr="00D17D2D">
        <w:rPr>
          <w:lang w:val="cs-CZ"/>
        </w:rPr>
        <w:t>t</w:t>
      </w:r>
      <w:r w:rsidR="080502D9" w:rsidRPr="00D17D2D">
        <w:rPr>
          <w:lang w:val="cs-CZ"/>
        </w:rPr>
        <w:t>voří přílohu č. 02</w:t>
      </w:r>
      <w:r w:rsidR="3850ADD0" w:rsidRPr="00D17D2D">
        <w:rPr>
          <w:lang w:val="cs-CZ"/>
        </w:rPr>
        <w:t>_</w:t>
      </w:r>
      <w:proofErr w:type="gramStart"/>
      <w:r w:rsidR="080502D9" w:rsidRPr="00D17D2D">
        <w:rPr>
          <w:lang w:val="cs-CZ"/>
        </w:rPr>
        <w:t>01a</w:t>
      </w:r>
      <w:proofErr w:type="gramEnd"/>
      <w:r w:rsidR="080502D9" w:rsidRPr="00D17D2D">
        <w:rPr>
          <w:lang w:val="cs-CZ"/>
        </w:rPr>
        <w:t xml:space="preserve"> </w:t>
      </w:r>
      <w:r w:rsidR="4A10FD23" w:rsidRPr="00D17D2D">
        <w:rPr>
          <w:lang w:val="cs-CZ"/>
        </w:rPr>
        <w:t>a Technické požadavky pro přenos dat tvoř</w:t>
      </w:r>
      <w:r w:rsidR="342CBA31" w:rsidRPr="00D17D2D">
        <w:rPr>
          <w:lang w:val="cs-CZ"/>
        </w:rPr>
        <w:t>í přílohu č. 02_</w:t>
      </w:r>
      <w:proofErr w:type="gramStart"/>
      <w:r w:rsidR="342CBA31" w:rsidRPr="00D17D2D">
        <w:rPr>
          <w:lang w:val="cs-CZ"/>
        </w:rPr>
        <w:t>01b</w:t>
      </w:r>
      <w:proofErr w:type="gramEnd"/>
      <w:r w:rsidR="342CBA31" w:rsidRPr="00D17D2D">
        <w:rPr>
          <w:lang w:val="cs-CZ"/>
        </w:rPr>
        <w:t xml:space="preserve"> </w:t>
      </w:r>
      <w:r w:rsidRPr="00D17D2D">
        <w:rPr>
          <w:lang w:val="cs-CZ"/>
        </w:rPr>
        <w:t xml:space="preserve">této Smlouvy. </w:t>
      </w:r>
    </w:p>
    <w:p w14:paraId="6613FD94" w14:textId="36C9BBE3" w:rsidR="49FBEC53" w:rsidRPr="00D17D2D" w:rsidRDefault="0DEAD223" w:rsidP="6FB1DBFC">
      <w:pPr>
        <w:spacing w:after="120" w:line="259" w:lineRule="auto"/>
        <w:rPr>
          <w:lang w:val="cs-CZ"/>
        </w:rPr>
      </w:pPr>
      <w:r w:rsidRPr="00D17D2D">
        <w:rPr>
          <w:b/>
          <w:bCs/>
          <w:lang w:val="cs-CZ"/>
        </w:rPr>
        <w:t>3.2.</w:t>
      </w:r>
      <w:r w:rsidRPr="00D17D2D">
        <w:rPr>
          <w:lang w:val="cs-CZ"/>
        </w:rPr>
        <w:t xml:space="preserve"> </w:t>
      </w:r>
      <w:r w:rsidR="7F75E9DC" w:rsidRPr="00D17D2D">
        <w:rPr>
          <w:lang w:val="cs-CZ"/>
        </w:rPr>
        <w:t>Zhotovitel se zavazuje</w:t>
      </w:r>
      <w:r w:rsidR="46196AA5" w:rsidRPr="00D17D2D">
        <w:rPr>
          <w:lang w:val="cs-CZ"/>
        </w:rPr>
        <w:t>, že Zařízení po provedení Díla</w:t>
      </w:r>
      <w:r w:rsidR="00D3399F" w:rsidRPr="00D17D2D">
        <w:rPr>
          <w:lang w:val="cs-CZ"/>
        </w:rPr>
        <w:t xml:space="preserve"> v autonomním režimu provede v jedné dávce </w:t>
      </w:r>
      <w:r w:rsidR="0D481105" w:rsidRPr="00D17D2D">
        <w:rPr>
          <w:lang w:val="cs-CZ"/>
        </w:rPr>
        <w:t>nejméně</w:t>
      </w:r>
      <w:r w:rsidR="00D3399F" w:rsidRPr="00D17D2D">
        <w:rPr>
          <w:lang w:val="cs-CZ"/>
        </w:rPr>
        <w:t xml:space="preserve"> 160 tahových zkoušek </w:t>
      </w:r>
      <w:r w:rsidR="00D3399F" w:rsidRPr="00D17D2D">
        <w:rPr>
          <w:rFonts w:cs="Arial"/>
          <w:sz w:val="19"/>
          <w:szCs w:val="19"/>
          <w:lang w:val="cs-CZ"/>
        </w:rPr>
        <w:t>na plochých vzorcích a podélných výřezech z trubek za 16 hodin.</w:t>
      </w:r>
      <w:r w:rsidR="00AB1F93" w:rsidRPr="00D17D2D">
        <w:rPr>
          <w:lang w:val="cs-CZ"/>
        </w:rPr>
        <w:t xml:space="preserve"> </w:t>
      </w:r>
    </w:p>
    <w:p w14:paraId="584F2A69" w14:textId="60135F64" w:rsidR="49FBEC53" w:rsidRDefault="00AE5003" w:rsidP="39CEEAF3">
      <w:pPr>
        <w:spacing w:after="120" w:line="259" w:lineRule="auto"/>
        <w:rPr>
          <w:lang w:val="cs-CZ"/>
        </w:rPr>
      </w:pPr>
      <w:r w:rsidRPr="00D17D2D">
        <w:rPr>
          <w:b/>
          <w:bCs/>
          <w:lang w:val="cs-CZ"/>
        </w:rPr>
        <w:t>3.3.</w:t>
      </w:r>
      <w:r w:rsidRPr="00D17D2D">
        <w:rPr>
          <w:lang w:val="cs-CZ"/>
        </w:rPr>
        <w:t xml:space="preserve"> </w:t>
      </w:r>
      <w:r w:rsidR="00D3399F" w:rsidRPr="00D17D2D">
        <w:rPr>
          <w:lang w:val="cs-CZ"/>
        </w:rPr>
        <w:t xml:space="preserve">Porovnáním kalibrovaných hodnot siloměru, průtahoměru a zařízení na měření rozměrů zkušebních tyčí před a po </w:t>
      </w:r>
      <w:r w:rsidR="7E50DDD3" w:rsidRPr="00D17D2D">
        <w:rPr>
          <w:lang w:val="cs-CZ"/>
        </w:rPr>
        <w:t>Garančně-</w:t>
      </w:r>
      <w:r w:rsidR="3CA3A81B" w:rsidRPr="00D17D2D">
        <w:rPr>
          <w:lang w:val="cs-CZ"/>
        </w:rPr>
        <w:t>výkonnostním</w:t>
      </w:r>
      <w:r w:rsidR="00D3399F" w:rsidRPr="00D17D2D">
        <w:rPr>
          <w:lang w:val="cs-CZ"/>
        </w:rPr>
        <w:t xml:space="preserve"> testu</w:t>
      </w:r>
      <w:r w:rsidR="29B396B7" w:rsidRPr="00D17D2D">
        <w:rPr>
          <w:lang w:val="cs-CZ"/>
        </w:rPr>
        <w:t>,</w:t>
      </w:r>
      <w:r w:rsidR="00D3399F" w:rsidRPr="00D17D2D">
        <w:rPr>
          <w:lang w:val="cs-CZ"/>
        </w:rPr>
        <w:t xml:space="preserve"> </w:t>
      </w:r>
      <w:r w:rsidR="00CF4F1A" w:rsidRPr="00D17D2D">
        <w:rPr>
          <w:lang w:val="cs-CZ"/>
        </w:rPr>
        <w:t xml:space="preserve">se myslí </w:t>
      </w:r>
      <w:r w:rsidR="00D3399F" w:rsidRPr="00D17D2D">
        <w:rPr>
          <w:lang w:val="cs-CZ"/>
        </w:rPr>
        <w:t xml:space="preserve">plnění požadavků pro tahové zkoušky dle norem ISO 6892-1 a ASTM E8 v platném znění před i po </w:t>
      </w:r>
      <w:r w:rsidR="3FE29ED3" w:rsidRPr="00D17D2D">
        <w:rPr>
          <w:lang w:val="cs-CZ"/>
        </w:rPr>
        <w:t>Garančně-</w:t>
      </w:r>
      <w:r w:rsidR="3D62519C" w:rsidRPr="00D17D2D">
        <w:rPr>
          <w:lang w:val="cs-CZ"/>
        </w:rPr>
        <w:t>výkonnostním</w:t>
      </w:r>
      <w:r w:rsidR="00D3399F" w:rsidRPr="00D17D2D">
        <w:rPr>
          <w:lang w:val="cs-CZ"/>
        </w:rPr>
        <w:t xml:space="preserve"> testu</w:t>
      </w:r>
      <w:r w:rsidR="50B19E86" w:rsidRPr="00D17D2D">
        <w:rPr>
          <w:lang w:val="cs-CZ"/>
        </w:rPr>
        <w:t>,</w:t>
      </w:r>
      <w:r w:rsidR="00D3399F" w:rsidRPr="00D17D2D">
        <w:rPr>
          <w:lang w:val="cs-CZ"/>
        </w:rPr>
        <w:t xml:space="preserve"> bez zásahu do </w:t>
      </w:r>
      <w:r w:rsidR="00FE3359" w:rsidRPr="00D17D2D">
        <w:rPr>
          <w:lang w:val="cs-CZ"/>
        </w:rPr>
        <w:t>měřících a vyhodnocovacích modulů.</w:t>
      </w:r>
      <w:r w:rsidR="00992DD6" w:rsidRPr="00D17D2D">
        <w:rPr>
          <w:lang w:val="cs-CZ"/>
        </w:rPr>
        <w:t xml:space="preserve"> Detailní popis </w:t>
      </w:r>
      <w:r w:rsidR="00D94583" w:rsidRPr="00D17D2D">
        <w:rPr>
          <w:lang w:val="cs-CZ"/>
        </w:rPr>
        <w:t xml:space="preserve">průběhu </w:t>
      </w:r>
      <w:r w:rsidR="0CD6F6E8" w:rsidRPr="00D17D2D">
        <w:rPr>
          <w:lang w:val="cs-CZ"/>
        </w:rPr>
        <w:t>G</w:t>
      </w:r>
      <w:r w:rsidR="00FE3359" w:rsidRPr="00D17D2D">
        <w:rPr>
          <w:lang w:val="cs-CZ"/>
        </w:rPr>
        <w:t>arančně-</w:t>
      </w:r>
      <w:r w:rsidR="44D3AE5D" w:rsidRPr="00D17D2D">
        <w:rPr>
          <w:lang w:val="cs-CZ"/>
        </w:rPr>
        <w:t>výkonnostního</w:t>
      </w:r>
      <w:r w:rsidR="00FE3359" w:rsidRPr="00D17D2D">
        <w:rPr>
          <w:lang w:val="cs-CZ"/>
        </w:rPr>
        <w:t xml:space="preserve"> </w:t>
      </w:r>
      <w:proofErr w:type="gramStart"/>
      <w:r w:rsidR="00FE3359" w:rsidRPr="00D17D2D">
        <w:rPr>
          <w:lang w:val="cs-CZ"/>
        </w:rPr>
        <w:t xml:space="preserve">testu </w:t>
      </w:r>
      <w:r w:rsidR="1DA6ACD3" w:rsidRPr="00D17D2D">
        <w:rPr>
          <w:lang w:val="cs-CZ"/>
        </w:rPr>
        <w:t xml:space="preserve"> je</w:t>
      </w:r>
      <w:proofErr w:type="gramEnd"/>
      <w:r w:rsidR="1DA6ACD3" w:rsidRPr="00D17D2D">
        <w:rPr>
          <w:lang w:val="cs-CZ"/>
        </w:rPr>
        <w:t xml:space="preserve"> uveden v </w:t>
      </w:r>
      <w:r w:rsidR="006B3F02" w:rsidRPr="00D17D2D">
        <w:rPr>
          <w:lang w:val="cs-CZ"/>
        </w:rPr>
        <w:t>Přílo</w:t>
      </w:r>
      <w:r w:rsidR="239B077E" w:rsidRPr="00D17D2D">
        <w:rPr>
          <w:lang w:val="cs-CZ"/>
        </w:rPr>
        <w:t>ze</w:t>
      </w:r>
      <w:r w:rsidR="006B3F02" w:rsidRPr="00D17D2D">
        <w:rPr>
          <w:lang w:val="cs-CZ"/>
        </w:rPr>
        <w:t xml:space="preserve"> 02_04 </w:t>
      </w:r>
      <w:proofErr w:type="spellStart"/>
      <w:r w:rsidR="00FE3359" w:rsidRPr="00D17D2D">
        <w:rPr>
          <w:lang w:val="cs-CZ"/>
        </w:rPr>
        <w:t>V</w:t>
      </w:r>
      <w:r w:rsidR="41E7B52D" w:rsidRPr="00D17D2D">
        <w:rPr>
          <w:lang w:val="cs-CZ"/>
        </w:rPr>
        <w:t>ý</w:t>
      </w:r>
      <w:r w:rsidR="00FE3359" w:rsidRPr="00D17D2D">
        <w:rPr>
          <w:lang w:val="cs-CZ"/>
        </w:rPr>
        <w:t>kon</w:t>
      </w:r>
      <w:r w:rsidR="4A0E030F" w:rsidRPr="00D17D2D">
        <w:rPr>
          <w:lang w:val="cs-CZ"/>
        </w:rPr>
        <w:t>n</w:t>
      </w:r>
      <w:r w:rsidR="00FE3359" w:rsidRPr="00D17D2D">
        <w:rPr>
          <w:lang w:val="cs-CZ"/>
        </w:rPr>
        <w:t>ostni</w:t>
      </w:r>
      <w:proofErr w:type="spellEnd"/>
      <w:r w:rsidR="00FE3359" w:rsidRPr="00D17D2D">
        <w:rPr>
          <w:lang w:val="cs-CZ"/>
        </w:rPr>
        <w:t xml:space="preserve"> test Automat pro zkou</w:t>
      </w:r>
      <w:r w:rsidR="6058EC8A" w:rsidRPr="00D17D2D">
        <w:rPr>
          <w:lang w:val="cs-CZ"/>
        </w:rPr>
        <w:t>š</w:t>
      </w:r>
      <w:r w:rsidR="00FE3359" w:rsidRPr="00D17D2D">
        <w:rPr>
          <w:lang w:val="cs-CZ"/>
        </w:rPr>
        <w:t>ky tahem Laborato</w:t>
      </w:r>
      <w:r w:rsidR="47AB1417" w:rsidRPr="00D17D2D">
        <w:rPr>
          <w:lang w:val="cs-CZ"/>
        </w:rPr>
        <w:t>ř</w:t>
      </w:r>
      <w:r w:rsidR="00FE3359" w:rsidRPr="00D17D2D">
        <w:rPr>
          <w:lang w:val="cs-CZ"/>
        </w:rPr>
        <w:t>e</w:t>
      </w:r>
      <w:r w:rsidR="23ACD7AE" w:rsidRPr="00D17D2D">
        <w:rPr>
          <w:lang w:val="cs-CZ"/>
        </w:rPr>
        <w:t>.</w:t>
      </w:r>
    </w:p>
    <w:p w14:paraId="1DA3CEC5" w14:textId="5F5928FA" w:rsidR="49FBEC53" w:rsidRDefault="49FBEC53" w:rsidP="4F1703AE">
      <w:pPr>
        <w:spacing w:after="120" w:line="259" w:lineRule="auto"/>
        <w:rPr>
          <w:lang w:val="cs-CZ"/>
        </w:rPr>
      </w:pPr>
    </w:p>
    <w:p w14:paraId="3E0DA6A3" w14:textId="133B7189" w:rsidR="7DD3D09A" w:rsidRDefault="7DD3D09A" w:rsidP="7DD3D09A">
      <w:pPr>
        <w:spacing w:before="240" w:after="120"/>
        <w:rPr>
          <w:b/>
          <w:bCs/>
          <w:sz w:val="28"/>
          <w:szCs w:val="28"/>
          <w:lang w:val="cs-CZ"/>
        </w:rPr>
      </w:pPr>
    </w:p>
    <w:p w14:paraId="5075DC33" w14:textId="77777777" w:rsidR="0077494F" w:rsidRPr="0026347F" w:rsidRDefault="005B651C">
      <w:pPr>
        <w:spacing w:before="240" w:after="120"/>
        <w:rPr>
          <w:lang w:val="cs-CZ"/>
        </w:rPr>
      </w:pPr>
      <w:r w:rsidRPr="0026347F">
        <w:rPr>
          <w:b/>
          <w:sz w:val="28"/>
          <w:lang w:val="cs-CZ"/>
        </w:rPr>
        <w:t>4. Cena díla a platební podmínky</w:t>
      </w:r>
    </w:p>
    <w:p w14:paraId="548D6DE3" w14:textId="5B44B73A" w:rsidR="0077494F" w:rsidRPr="0026347F" w:rsidRDefault="005B651C">
      <w:pPr>
        <w:spacing w:after="120" w:line="259" w:lineRule="auto"/>
        <w:rPr>
          <w:lang w:val="cs-CZ"/>
        </w:rPr>
      </w:pPr>
      <w:r w:rsidRPr="51A3AA3A">
        <w:rPr>
          <w:b/>
          <w:bCs/>
          <w:lang w:val="cs-CZ"/>
        </w:rPr>
        <w:t xml:space="preserve">4.1. </w:t>
      </w:r>
      <w:r w:rsidRPr="51A3AA3A">
        <w:rPr>
          <w:lang w:val="cs-CZ"/>
        </w:rPr>
        <w:t>Objednatel zaplatí Zhotoviteli za řádně provedené Dílo smluvní cenu ve výši [</w:t>
      </w:r>
      <w:r w:rsidRPr="51A3AA3A">
        <w:rPr>
          <w:highlight w:val="yellow"/>
          <w:lang w:val="cs-CZ"/>
        </w:rPr>
        <w:t>DOPLNIT</w:t>
      </w:r>
      <w:r w:rsidRPr="51A3AA3A">
        <w:rPr>
          <w:lang w:val="cs-CZ"/>
        </w:rPr>
        <w:t xml:space="preserve">] </w:t>
      </w:r>
      <w:r w:rsidR="5EB0D6BC" w:rsidRPr="51A3AA3A">
        <w:rPr>
          <w:lang w:val="cs-CZ"/>
        </w:rPr>
        <w:t>EUR</w:t>
      </w:r>
      <w:r w:rsidRPr="51A3AA3A">
        <w:rPr>
          <w:lang w:val="cs-CZ"/>
        </w:rPr>
        <w:t xml:space="preserve"> bez DPH, slovy: [</w:t>
      </w:r>
      <w:r w:rsidRPr="51A3AA3A">
        <w:rPr>
          <w:highlight w:val="yellow"/>
          <w:lang w:val="cs-CZ"/>
        </w:rPr>
        <w:t>DOPLNIT</w:t>
      </w:r>
      <w:r w:rsidRPr="51A3AA3A">
        <w:rPr>
          <w:lang w:val="cs-CZ"/>
        </w:rPr>
        <w:t>] („Cena díla“).</w:t>
      </w:r>
    </w:p>
    <w:p w14:paraId="50BD83BE" w14:textId="77777777" w:rsidR="0077494F" w:rsidRPr="0026347F" w:rsidRDefault="005B651C">
      <w:pPr>
        <w:spacing w:after="120" w:line="259" w:lineRule="auto"/>
        <w:rPr>
          <w:lang w:val="cs-CZ"/>
        </w:rPr>
      </w:pPr>
      <w:r w:rsidRPr="0026347F">
        <w:rPr>
          <w:b/>
          <w:lang w:val="cs-CZ"/>
        </w:rPr>
        <w:t xml:space="preserve">4.2. </w:t>
      </w:r>
      <w:r w:rsidRPr="0026347F">
        <w:rPr>
          <w:lang w:val="cs-CZ"/>
        </w:rPr>
        <w:t>K Ceně díla bude účtována DPH dle právních předpisů účinných ke dni uskutečnění zdanitelného plnění.</w:t>
      </w:r>
    </w:p>
    <w:p w14:paraId="1173E78B" w14:textId="07F4D11F" w:rsidR="0077494F" w:rsidRPr="0026347F" w:rsidRDefault="005B651C">
      <w:pPr>
        <w:spacing w:after="120" w:line="259" w:lineRule="auto"/>
        <w:rPr>
          <w:lang w:val="cs-CZ"/>
        </w:rPr>
      </w:pPr>
      <w:r w:rsidRPr="51A3AA3A">
        <w:rPr>
          <w:b/>
          <w:bCs/>
          <w:lang w:val="cs-CZ"/>
        </w:rPr>
        <w:t xml:space="preserve">4.3. </w:t>
      </w:r>
      <w:r w:rsidRPr="51A3AA3A">
        <w:rPr>
          <w:lang w:val="cs-CZ"/>
        </w:rPr>
        <w:t>Cena díla je sjednána jako cena pevná, konečná a úplná. Zahrnuje veškeré náklady Zhotovitele související s provedením Díla, zejména náklady na návrh, konstrukci, výrobu, materiál, náhradní díly, dopravu, montáž, demontáž, svařování, zkoušky, revize, dokumentaci, pojištění, nářadí, práce, poddodávky, odpady, cestovné, clo a veškeré další náklady nutné k řádnému splnění Smlouvy.</w:t>
      </w:r>
    </w:p>
    <w:p w14:paraId="5D364AAE" w14:textId="5FC97B8B" w:rsidR="0077494F" w:rsidRPr="0026347F" w:rsidRDefault="005B651C">
      <w:pPr>
        <w:spacing w:after="40"/>
        <w:rPr>
          <w:lang w:val="cs-CZ"/>
        </w:rPr>
      </w:pPr>
      <w:r w:rsidRPr="51A3AA3A">
        <w:rPr>
          <w:b/>
          <w:bCs/>
          <w:lang w:val="cs-CZ"/>
        </w:rPr>
        <w:t xml:space="preserve">4.4. </w:t>
      </w:r>
      <w:r w:rsidRPr="51A3AA3A">
        <w:rPr>
          <w:lang w:val="cs-CZ"/>
        </w:rPr>
        <w:t xml:space="preserve">Cenový rozklad a platební milníky tvoří Přílohu </w:t>
      </w:r>
      <w:r w:rsidR="37F00F2B" w:rsidRPr="51A3AA3A">
        <w:rPr>
          <w:lang w:val="cs-CZ"/>
        </w:rPr>
        <w:t>02_0</w:t>
      </w:r>
      <w:r w:rsidRPr="51A3AA3A">
        <w:rPr>
          <w:lang w:val="cs-CZ"/>
        </w:rPr>
        <w:t xml:space="preserve">3 této Smlouvy. </w:t>
      </w:r>
    </w:p>
    <w:p w14:paraId="06DBE48F" w14:textId="77777777" w:rsidR="0077494F" w:rsidRPr="0026347F" w:rsidRDefault="005B651C">
      <w:pPr>
        <w:spacing w:after="120" w:line="259" w:lineRule="auto"/>
        <w:rPr>
          <w:lang w:val="cs-CZ"/>
        </w:rPr>
      </w:pPr>
      <w:r w:rsidRPr="0026347F">
        <w:rPr>
          <w:b/>
          <w:lang w:val="cs-CZ"/>
        </w:rPr>
        <w:t xml:space="preserve">4.5. </w:t>
      </w:r>
      <w:r w:rsidRPr="0026347F">
        <w:rPr>
          <w:lang w:val="cs-CZ"/>
        </w:rPr>
        <w:t>Zhotovitel je oprávněn vystavit fakturu pouze po splnění příslušného platebního milníku. Splněním milníku se rozumí skutečné, řádné a doložené splnění příslušné části plnění, nikoli pouhé uplynutí předpokládaného data.</w:t>
      </w:r>
    </w:p>
    <w:p w14:paraId="3CDBF247" w14:textId="58D3AF13" w:rsidR="0077494F" w:rsidRPr="0026347F" w:rsidRDefault="005B651C">
      <w:pPr>
        <w:spacing w:after="120" w:line="259" w:lineRule="auto"/>
        <w:rPr>
          <w:lang w:val="cs-CZ"/>
        </w:rPr>
      </w:pPr>
      <w:r w:rsidRPr="6AE49D30">
        <w:rPr>
          <w:b/>
          <w:bCs/>
          <w:lang w:val="cs-CZ"/>
        </w:rPr>
        <w:t xml:space="preserve">4.6. </w:t>
      </w:r>
      <w:r w:rsidR="182572F2" w:rsidRPr="6AE49D30">
        <w:rPr>
          <w:lang w:val="cs-CZ"/>
        </w:rPr>
        <w:t>Splatnost první faktury činí 15 dnů od doručení řádné faktury Objednateli za podmínky předložení bankovní záruky v souladu s čl. 4.9 této smlouvy. Splatnost druhé a každé další faktury činí 30 dnů ode dne doručení řádné faktury Objednateli. Faktura musí obsahovat všechny zákonné náležitosti a jako přílohu protokol</w:t>
      </w:r>
      <w:r w:rsidR="6CDA98C3" w:rsidRPr="6AE49D30">
        <w:rPr>
          <w:lang w:val="cs-CZ"/>
        </w:rPr>
        <w:t xml:space="preserve"> podepsaný oběma smluvními stranami</w:t>
      </w:r>
      <w:r w:rsidR="182572F2" w:rsidRPr="6AE49D30">
        <w:rPr>
          <w:lang w:val="cs-CZ"/>
        </w:rPr>
        <w:t xml:space="preserve"> nebo jiné písemné potvrzení o splnění příslušného milníku.</w:t>
      </w:r>
    </w:p>
    <w:p w14:paraId="5CEA6DB3" w14:textId="77777777" w:rsidR="0077494F" w:rsidRPr="0026347F" w:rsidRDefault="005B651C">
      <w:pPr>
        <w:spacing w:after="120" w:line="259" w:lineRule="auto"/>
        <w:rPr>
          <w:lang w:val="cs-CZ"/>
        </w:rPr>
      </w:pPr>
      <w:r w:rsidRPr="0026347F">
        <w:rPr>
          <w:b/>
          <w:lang w:val="cs-CZ"/>
        </w:rPr>
        <w:lastRenderedPageBreak/>
        <w:t xml:space="preserve">4.7. </w:t>
      </w:r>
      <w:r w:rsidRPr="0026347F">
        <w:rPr>
          <w:lang w:val="cs-CZ"/>
        </w:rPr>
        <w:t>V případě, že faktura nebude obsahovat sjednané nebo zákonné náležitosti, je Objednatel oprávněn ji vrátit Zhotoviteli k opravě nebo doplnění. Vrácením faktury se přerušuje běh lhůty splatnosti.</w:t>
      </w:r>
    </w:p>
    <w:p w14:paraId="06AE287F" w14:textId="29CC6D1D" w:rsidR="007F2D86" w:rsidRPr="0026347F" w:rsidRDefault="007F2D86">
      <w:pPr>
        <w:spacing w:after="120" w:line="259" w:lineRule="auto"/>
        <w:rPr>
          <w:lang w:val="cs-CZ"/>
        </w:rPr>
      </w:pPr>
      <w:r w:rsidRPr="6AE49D30">
        <w:rPr>
          <w:b/>
          <w:bCs/>
          <w:lang w:val="cs-CZ"/>
        </w:rPr>
        <w:t>4.8.</w:t>
      </w:r>
      <w:r w:rsidRPr="6AE49D30">
        <w:rPr>
          <w:lang w:val="cs-CZ"/>
        </w:rPr>
        <w:t xml:space="preserve"> Každá faktura musí být označena názvem a registračním číslem projektu: „Nová Huť, </w:t>
      </w:r>
      <w:proofErr w:type="spellStart"/>
      <w:r w:rsidRPr="6AE49D30">
        <w:rPr>
          <w:lang w:val="cs-CZ"/>
        </w:rPr>
        <w:t>reg</w:t>
      </w:r>
      <w:proofErr w:type="spellEnd"/>
      <w:r w:rsidRPr="6AE49D30">
        <w:rPr>
          <w:lang w:val="cs-CZ"/>
        </w:rPr>
        <w:t>. č. 7242200013“. Nebude-li faktura takto označena, je Kupující oprávněn ji vrátit Prodávajícímu k doplnění; v takovém případě</w:t>
      </w:r>
      <w:r w:rsidR="567523BF" w:rsidRPr="6AE49D30">
        <w:rPr>
          <w:lang w:val="cs-CZ"/>
        </w:rPr>
        <w:t xml:space="preserve"> se</w:t>
      </w:r>
      <w:r w:rsidRPr="6AE49D30">
        <w:rPr>
          <w:lang w:val="cs-CZ"/>
        </w:rPr>
        <w:t xml:space="preserve"> </w:t>
      </w:r>
      <w:r w:rsidR="109DC712" w:rsidRPr="6AE49D30">
        <w:rPr>
          <w:lang w:val="cs-CZ"/>
        </w:rPr>
        <w:t>splatnost</w:t>
      </w:r>
      <w:r w:rsidR="53C1F20D" w:rsidRPr="6AE49D30">
        <w:rPr>
          <w:lang w:val="cs-CZ"/>
        </w:rPr>
        <w:t xml:space="preserve"> počítá až ode dne doručení řádně opravené faktury.</w:t>
      </w:r>
      <w:r w:rsidR="109DC712" w:rsidRPr="6AE49D30">
        <w:rPr>
          <w:lang w:val="cs-CZ"/>
        </w:rPr>
        <w:t xml:space="preserve"> </w:t>
      </w:r>
    </w:p>
    <w:p w14:paraId="3DC59C33" w14:textId="5576D16B" w:rsidR="073D2778" w:rsidRPr="00EA1520" w:rsidRDefault="073D2778" w:rsidP="6AE49D30">
      <w:pPr>
        <w:spacing w:after="120" w:line="259" w:lineRule="auto"/>
        <w:rPr>
          <w:lang w:val="cs-CZ"/>
        </w:rPr>
      </w:pPr>
      <w:r w:rsidRPr="46274617">
        <w:rPr>
          <w:rFonts w:cs="Arial"/>
          <w:b/>
          <w:bCs/>
          <w:color w:val="000000" w:themeColor="text1"/>
          <w:lang w:val="cs-CZ"/>
        </w:rPr>
        <w:t xml:space="preserve">4.9. </w:t>
      </w:r>
      <w:r w:rsidRPr="46274617">
        <w:rPr>
          <w:rFonts w:cs="Arial"/>
          <w:color w:val="000000" w:themeColor="text1"/>
          <w:lang w:val="cs-CZ"/>
        </w:rPr>
        <w:t xml:space="preserve">Zhotovitel je povinen bez zbytečného odkladu po uzavření této smlouvy předložit objednateli bankovní záruku ve výši první platby dle Přílohy 02_03 této Smlouvy. Bankovní záruka musí být neodvolatelná, bezpodmínečná, splatná na první písemnou výzvu objednatele a bez námitek. Bankovní záruka slouží k zajištění povinnosti zhotovitele vrátit objednateli poskytnutou první platbu v případech stanovených smlouvou nebo právními předpisy. Objednatel je oprávněn čerpat bankovní záruku v rozsahu svého nároku na vrácení poskytnuté platby. Platnost bankovní záruky nesmí skončit před </w:t>
      </w:r>
      <w:r w:rsidR="1E2BF173" w:rsidRPr="46274617">
        <w:rPr>
          <w:rFonts w:cs="Arial"/>
          <w:color w:val="000000" w:themeColor="text1"/>
          <w:lang w:val="cs-CZ"/>
        </w:rPr>
        <w:t>dodáním předmětu díla do místa plnění</w:t>
      </w:r>
      <w:r w:rsidRPr="46274617">
        <w:rPr>
          <w:rFonts w:cs="Arial"/>
          <w:color w:val="000000" w:themeColor="text1"/>
          <w:lang w:val="cs-CZ"/>
        </w:rPr>
        <w:t>. Předložení bankovní záruky dle tohoto ustanovení je podmínkou vzniku povinnosti objednatele uhradit první platbu dle Přílohy 02_03 této smlouvy.</w:t>
      </w:r>
    </w:p>
    <w:p w14:paraId="64E0A099" w14:textId="102C4832" w:rsidR="46274617" w:rsidRDefault="46274617" w:rsidP="46274617">
      <w:pPr>
        <w:spacing w:after="120" w:line="259" w:lineRule="auto"/>
        <w:rPr>
          <w:rFonts w:cs="Arial"/>
          <w:color w:val="000000" w:themeColor="text1"/>
          <w:lang w:val="cs-CZ"/>
        </w:rPr>
      </w:pPr>
    </w:p>
    <w:p w14:paraId="4CCD3631" w14:textId="541345FE" w:rsidR="007F2D86" w:rsidRPr="0026347F" w:rsidRDefault="6EF2EF28" w:rsidP="46274617">
      <w:pPr>
        <w:spacing w:after="120" w:line="259" w:lineRule="auto"/>
      </w:pPr>
      <w:proofErr w:type="gramStart"/>
      <w:r w:rsidRPr="002D4462">
        <w:rPr>
          <w:b/>
          <w:bCs/>
          <w:sz w:val="28"/>
          <w:szCs w:val="28"/>
          <w:lang w:val="cs-CZ"/>
        </w:rPr>
        <w:t>4A</w:t>
      </w:r>
      <w:proofErr w:type="gramEnd"/>
      <w:r w:rsidRPr="002D4462">
        <w:rPr>
          <w:b/>
          <w:bCs/>
          <w:sz w:val="28"/>
          <w:szCs w:val="28"/>
          <w:lang w:val="cs-CZ"/>
        </w:rPr>
        <w:t xml:space="preserve"> Hodnotící kritéria</w:t>
      </w:r>
    </w:p>
    <w:p w14:paraId="4AAFAC13" w14:textId="1028B46C" w:rsidR="13B7E9BF" w:rsidRDefault="13B7E9BF" w:rsidP="46274617">
      <w:pPr>
        <w:spacing w:after="120" w:line="259" w:lineRule="auto"/>
        <w:rPr>
          <w:rFonts w:cs="Arial"/>
          <w:b/>
          <w:bCs/>
          <w:color w:val="000000" w:themeColor="text1"/>
          <w:lang w:val="cs-CZ"/>
        </w:rPr>
      </w:pPr>
      <w:proofErr w:type="gramStart"/>
      <w:r w:rsidRPr="002D4462">
        <w:rPr>
          <w:rFonts w:cs="Arial"/>
          <w:b/>
          <w:bCs/>
          <w:color w:val="000000" w:themeColor="text1"/>
          <w:lang w:val="cs-CZ"/>
        </w:rPr>
        <w:t>4A</w:t>
      </w:r>
      <w:proofErr w:type="gramEnd"/>
      <w:r w:rsidRPr="002D4462">
        <w:rPr>
          <w:rFonts w:cs="Arial"/>
          <w:b/>
          <w:bCs/>
          <w:color w:val="000000" w:themeColor="text1"/>
          <w:lang w:val="cs-CZ"/>
        </w:rPr>
        <w:t>.1.</w:t>
      </w:r>
    </w:p>
    <w:p w14:paraId="4FC256A5" w14:textId="332DCD4C" w:rsidR="13B7E9BF" w:rsidRDefault="13B7E9BF" w:rsidP="46274617">
      <w:pPr>
        <w:spacing w:after="120" w:line="259" w:lineRule="auto"/>
        <w:rPr>
          <w:rFonts w:cs="Arial"/>
          <w:b/>
          <w:bCs/>
          <w:color w:val="000000" w:themeColor="text1"/>
          <w:lang w:val="cs-CZ"/>
        </w:rPr>
      </w:pPr>
      <w:proofErr w:type="gramStart"/>
      <w:r w:rsidRPr="002D4462">
        <w:rPr>
          <w:rFonts w:cs="Arial"/>
          <w:b/>
          <w:bCs/>
          <w:color w:val="000000" w:themeColor="text1"/>
          <w:lang w:val="cs-CZ"/>
        </w:rPr>
        <w:t>4A</w:t>
      </w:r>
      <w:proofErr w:type="gramEnd"/>
      <w:r w:rsidRPr="002D4462">
        <w:rPr>
          <w:rFonts w:cs="Arial"/>
          <w:b/>
          <w:bCs/>
          <w:color w:val="000000" w:themeColor="text1"/>
          <w:lang w:val="cs-CZ"/>
        </w:rPr>
        <w:t>.2.</w:t>
      </w:r>
    </w:p>
    <w:p w14:paraId="2451DF4D" w14:textId="1F7401E5" w:rsidR="13B7E9BF" w:rsidRDefault="13B7E9BF" w:rsidP="46274617">
      <w:pPr>
        <w:spacing w:after="120" w:line="259" w:lineRule="auto"/>
        <w:rPr>
          <w:rFonts w:cs="Arial"/>
          <w:b/>
          <w:bCs/>
          <w:color w:val="000000" w:themeColor="text1"/>
          <w:lang w:val="cs-CZ"/>
        </w:rPr>
      </w:pPr>
      <w:proofErr w:type="gramStart"/>
      <w:r w:rsidRPr="002D4462">
        <w:rPr>
          <w:rFonts w:cs="Arial"/>
          <w:b/>
          <w:bCs/>
          <w:color w:val="000000" w:themeColor="text1"/>
          <w:lang w:val="cs-CZ"/>
        </w:rPr>
        <w:t>4A</w:t>
      </w:r>
      <w:proofErr w:type="gramEnd"/>
      <w:r w:rsidRPr="002D4462">
        <w:rPr>
          <w:rFonts w:cs="Arial"/>
          <w:b/>
          <w:bCs/>
          <w:color w:val="000000" w:themeColor="text1"/>
          <w:lang w:val="cs-CZ"/>
        </w:rPr>
        <w:t>.3.</w:t>
      </w:r>
    </w:p>
    <w:p w14:paraId="287F590D" w14:textId="77777777" w:rsidR="0077494F" w:rsidRPr="0026347F" w:rsidRDefault="005B651C">
      <w:pPr>
        <w:spacing w:before="240" w:after="120"/>
        <w:rPr>
          <w:lang w:val="cs-CZ"/>
        </w:rPr>
      </w:pPr>
      <w:r w:rsidRPr="0026347F">
        <w:rPr>
          <w:b/>
          <w:sz w:val="28"/>
          <w:lang w:val="cs-CZ"/>
        </w:rPr>
        <w:t>5. Harmonogram provádění Díla</w:t>
      </w:r>
    </w:p>
    <w:p w14:paraId="38880637" w14:textId="77777777" w:rsidR="0077494F" w:rsidRPr="0026347F" w:rsidRDefault="005B651C">
      <w:pPr>
        <w:spacing w:after="120" w:line="259" w:lineRule="auto"/>
        <w:rPr>
          <w:lang w:val="cs-CZ"/>
        </w:rPr>
      </w:pPr>
      <w:r w:rsidRPr="0026347F">
        <w:rPr>
          <w:b/>
          <w:lang w:val="cs-CZ"/>
        </w:rPr>
        <w:t xml:space="preserve">5.1. </w:t>
      </w:r>
      <w:r w:rsidRPr="0026347F">
        <w:rPr>
          <w:lang w:val="cs-CZ"/>
        </w:rPr>
        <w:t>Zhotovitel bere na vědomí, že časový prostor pro provedení Díla je pro Objednatele zásadní a jakékoli prodlení může způsobit významné provozní škody.</w:t>
      </w:r>
    </w:p>
    <w:p w14:paraId="15ABD302" w14:textId="52CB2153" w:rsidR="00527C1F" w:rsidRPr="00D17D2D" w:rsidRDefault="02D26883" w:rsidP="6AE49D30">
      <w:pPr>
        <w:spacing w:after="120" w:line="259" w:lineRule="auto"/>
        <w:rPr>
          <w:lang w:val="cs-CZ"/>
        </w:rPr>
      </w:pPr>
      <w:r w:rsidRPr="0BE7F3A1">
        <w:rPr>
          <w:b/>
          <w:bCs/>
          <w:lang w:val="cs-CZ"/>
        </w:rPr>
        <w:t>5.</w:t>
      </w:r>
      <w:r w:rsidR="561EA77F" w:rsidRPr="0BE7F3A1">
        <w:rPr>
          <w:b/>
          <w:bCs/>
          <w:lang w:val="cs-CZ"/>
        </w:rPr>
        <w:t>2</w:t>
      </w:r>
      <w:r w:rsidRPr="0BE7F3A1">
        <w:rPr>
          <w:b/>
          <w:bCs/>
          <w:lang w:val="cs-CZ"/>
        </w:rPr>
        <w:t xml:space="preserve">. </w:t>
      </w:r>
      <w:r w:rsidR="26F884CE" w:rsidRPr="0BE7F3A1">
        <w:rPr>
          <w:lang w:val="cs-CZ"/>
        </w:rPr>
        <w:t xml:space="preserve">Harmonogram provádění Díla je uveden v Příloze č. 02_02 </w:t>
      </w:r>
      <w:r w:rsidR="0A4BFC39" w:rsidRPr="0BE7F3A1">
        <w:rPr>
          <w:lang w:val="cs-CZ"/>
        </w:rPr>
        <w:t>Harmonogram Automat pro zkou</w:t>
      </w:r>
      <w:r w:rsidR="22E42A29" w:rsidRPr="0BE7F3A1">
        <w:rPr>
          <w:lang w:val="cs-CZ"/>
        </w:rPr>
        <w:t>š</w:t>
      </w:r>
      <w:r w:rsidR="0A4BFC39" w:rsidRPr="0BE7F3A1">
        <w:rPr>
          <w:lang w:val="cs-CZ"/>
        </w:rPr>
        <w:t>ky tahem Laborato</w:t>
      </w:r>
      <w:r w:rsidR="557440B2" w:rsidRPr="0BE7F3A1">
        <w:rPr>
          <w:lang w:val="cs-CZ"/>
        </w:rPr>
        <w:t>ř</w:t>
      </w:r>
      <w:r w:rsidR="0A4BFC39" w:rsidRPr="0BE7F3A1">
        <w:rPr>
          <w:lang w:val="cs-CZ"/>
        </w:rPr>
        <w:t>e.</w:t>
      </w:r>
      <w:r w:rsidR="6ADAF5B5" w:rsidRPr="0BE7F3A1">
        <w:rPr>
          <w:lang w:val="cs-CZ"/>
        </w:rPr>
        <w:t xml:space="preserve"> </w:t>
      </w:r>
    </w:p>
    <w:p w14:paraId="13A59394" w14:textId="79118F5F" w:rsidR="0077494F" w:rsidRPr="0026347F" w:rsidRDefault="005B651C" w:rsidP="6FB1DBFC">
      <w:pPr>
        <w:spacing w:after="120" w:line="259" w:lineRule="auto"/>
        <w:rPr>
          <w:lang w:val="cs-CZ"/>
        </w:rPr>
      </w:pPr>
      <w:r w:rsidRPr="6FB1DBFC">
        <w:rPr>
          <w:b/>
          <w:bCs/>
          <w:lang w:val="cs-CZ"/>
        </w:rPr>
        <w:t>5.</w:t>
      </w:r>
      <w:r w:rsidR="00527C1F" w:rsidRPr="6FB1DBFC">
        <w:rPr>
          <w:b/>
          <w:bCs/>
          <w:lang w:val="cs-CZ"/>
        </w:rPr>
        <w:t>3</w:t>
      </w:r>
      <w:r w:rsidRPr="6FB1DBFC">
        <w:rPr>
          <w:b/>
          <w:bCs/>
          <w:lang w:val="cs-CZ"/>
        </w:rPr>
        <w:t>.</w:t>
      </w:r>
      <w:r w:rsidRPr="6FB1DBFC">
        <w:rPr>
          <w:lang w:val="cs-CZ"/>
        </w:rPr>
        <w:t xml:space="preserve"> </w:t>
      </w:r>
      <w:r w:rsidR="008D6DE9" w:rsidRPr="6FB1DBFC">
        <w:rPr>
          <w:lang w:val="cs-CZ"/>
        </w:rPr>
        <w:t>Zhotovitel vyprac</w:t>
      </w:r>
      <w:r w:rsidR="008D6DE9" w:rsidRPr="00983753">
        <w:rPr>
          <w:lang w:val="cs-CZ"/>
        </w:rPr>
        <w:t xml:space="preserve">uje a předloží Objednateli ke schválení návrh projektové dokumentace Díla ve lhůtě dle Přílohy </w:t>
      </w:r>
      <w:r w:rsidR="42E50539" w:rsidRPr="00983753">
        <w:rPr>
          <w:lang w:val="cs-CZ"/>
        </w:rPr>
        <w:t>02_0</w:t>
      </w:r>
      <w:r w:rsidR="008D6DE9" w:rsidRPr="00983753">
        <w:rPr>
          <w:lang w:val="cs-CZ"/>
        </w:rPr>
        <w:t xml:space="preserve">2. </w:t>
      </w:r>
      <w:r w:rsidRPr="00983753">
        <w:rPr>
          <w:lang w:val="cs-CZ"/>
        </w:rPr>
        <w:t>Schválení</w:t>
      </w:r>
      <w:r w:rsidRPr="6FB1DBFC">
        <w:rPr>
          <w:lang w:val="cs-CZ"/>
        </w:rPr>
        <w:t xml:space="preserve"> návrhu projektové dokumentace ze strany Objednatele proběhne nejpozději do </w:t>
      </w:r>
      <w:r w:rsidR="00D45E48" w:rsidRPr="6FB1DBFC">
        <w:rPr>
          <w:lang w:val="cs-CZ"/>
        </w:rPr>
        <w:t>5 pracovních dnů</w:t>
      </w:r>
      <w:r w:rsidRPr="6FB1DBFC">
        <w:rPr>
          <w:lang w:val="cs-CZ"/>
        </w:rPr>
        <w:t xml:space="preserve"> od předložení úplné dokumentace bez vad.</w:t>
      </w:r>
      <w:r w:rsidR="008D6DE9" w:rsidRPr="6FB1DBFC">
        <w:rPr>
          <w:lang w:val="cs-CZ"/>
        </w:rPr>
        <w:t xml:space="preserve"> </w:t>
      </w:r>
      <w:r w:rsidR="00527C1F" w:rsidRPr="6FB1DBFC">
        <w:rPr>
          <w:lang w:val="cs-CZ"/>
        </w:rPr>
        <w:t>P</w:t>
      </w:r>
      <w:r w:rsidR="008D6DE9" w:rsidRPr="6FB1DBFC">
        <w:rPr>
          <w:lang w:val="cs-CZ"/>
        </w:rPr>
        <w:t xml:space="preserve">rovádění Díla na </w:t>
      </w:r>
      <w:r w:rsidR="0026347F" w:rsidRPr="6FB1DBFC">
        <w:rPr>
          <w:lang w:val="cs-CZ"/>
        </w:rPr>
        <w:t>Z</w:t>
      </w:r>
      <w:r w:rsidR="008D6DE9" w:rsidRPr="6FB1DBFC">
        <w:rPr>
          <w:lang w:val="cs-CZ"/>
        </w:rPr>
        <w:t xml:space="preserve">ařízení je možné </w:t>
      </w:r>
      <w:r w:rsidR="00527C1F" w:rsidRPr="6FB1DBFC">
        <w:rPr>
          <w:lang w:val="cs-CZ"/>
        </w:rPr>
        <w:t xml:space="preserve">zahájit </w:t>
      </w:r>
      <w:r w:rsidR="008D6DE9" w:rsidRPr="6FB1DBFC">
        <w:rPr>
          <w:lang w:val="cs-CZ"/>
        </w:rPr>
        <w:t>až po tomto schválení</w:t>
      </w:r>
      <w:r w:rsidR="0026347F" w:rsidRPr="6FB1DBFC">
        <w:rPr>
          <w:lang w:val="cs-CZ"/>
        </w:rPr>
        <w:t xml:space="preserve"> Objednatele</w:t>
      </w:r>
      <w:r w:rsidR="008D6DE9" w:rsidRPr="6FB1DBFC">
        <w:rPr>
          <w:lang w:val="cs-CZ"/>
        </w:rPr>
        <w:t>.</w:t>
      </w:r>
    </w:p>
    <w:p w14:paraId="521B6277" w14:textId="77777777" w:rsidR="0077494F" w:rsidRPr="00D17D2D" w:rsidRDefault="005B651C">
      <w:pPr>
        <w:spacing w:before="240" w:after="120"/>
        <w:rPr>
          <w:lang w:val="cs-CZ"/>
        </w:rPr>
      </w:pPr>
      <w:r w:rsidRPr="00D17D2D">
        <w:rPr>
          <w:b/>
          <w:sz w:val="28"/>
          <w:lang w:val="cs-CZ"/>
        </w:rPr>
        <w:t>6. Místo plnění a podmínky na pracovišti</w:t>
      </w:r>
    </w:p>
    <w:p w14:paraId="7F9D626E" w14:textId="7676DD29" w:rsidR="0077494F" w:rsidRPr="0026347F" w:rsidRDefault="005B651C">
      <w:pPr>
        <w:spacing w:after="120" w:line="259" w:lineRule="auto"/>
        <w:rPr>
          <w:lang w:val="cs-CZ"/>
        </w:rPr>
      </w:pPr>
      <w:r w:rsidRPr="00D17D2D">
        <w:rPr>
          <w:b/>
          <w:lang w:val="cs-CZ"/>
        </w:rPr>
        <w:t xml:space="preserve">6.1. </w:t>
      </w:r>
      <w:r w:rsidRPr="00D17D2D">
        <w:rPr>
          <w:lang w:val="cs-CZ"/>
        </w:rPr>
        <w:t xml:space="preserve">Místem plnění je areál Objednatele v Ostravě-Kunčicích, </w:t>
      </w:r>
      <w:r w:rsidR="00FE3359" w:rsidRPr="00D17D2D">
        <w:rPr>
          <w:lang w:val="cs-CZ"/>
        </w:rPr>
        <w:t>pracoviště mechanické zkušebny</w:t>
      </w:r>
      <w:r w:rsidRPr="00D17D2D">
        <w:rPr>
          <w:lang w:val="cs-CZ"/>
        </w:rPr>
        <w:t xml:space="preserve"> a konkrétní montážní pracoviště, plochy a sklady určené Objednatelem.</w:t>
      </w:r>
    </w:p>
    <w:p w14:paraId="53D60D65" w14:textId="55325C77" w:rsidR="0077494F" w:rsidRPr="0026347F" w:rsidRDefault="005B651C">
      <w:pPr>
        <w:spacing w:after="120" w:line="259" w:lineRule="auto"/>
        <w:rPr>
          <w:lang w:val="cs-CZ"/>
        </w:rPr>
      </w:pPr>
      <w:r w:rsidRPr="0026347F">
        <w:rPr>
          <w:b/>
          <w:lang w:val="cs-CZ"/>
        </w:rPr>
        <w:t xml:space="preserve">6.2. </w:t>
      </w:r>
      <w:r w:rsidRPr="0026347F">
        <w:rPr>
          <w:lang w:val="cs-CZ"/>
        </w:rPr>
        <w:t>Objednatel poskytne Zhotoviteli nezbytnou součinnost potřebnou pro vstup do areálu, předání pracoviště, určení přístupových cest a poskytnutí dostupných připojovacích míst energií a médií.</w:t>
      </w:r>
      <w:r w:rsidR="0026347F" w:rsidRPr="0026347F">
        <w:rPr>
          <w:lang w:val="cs-CZ"/>
        </w:rPr>
        <w:t xml:space="preserve"> Jakýkoli nedostatek součinnosti je Zhotovitel povinen Objednateli písemně oznámit bez zbytečného odkladu, upozornit jej na případné dopady do harmonogramu plnění a poskytnout mu nezbytnou lhůtu k nápravě. Teprve marným uplynutím takové lhůty na základě takového písemného oznámení s upozorněním může</w:t>
      </w:r>
      <w:r w:rsidR="0026347F">
        <w:rPr>
          <w:lang w:val="cs-CZ"/>
        </w:rPr>
        <w:t xml:space="preserve"> Zhotovitel požadovat prodloužení lhůty k plnění v rozsahu nezbytně vyvolaném prodlením Objednatele.</w:t>
      </w:r>
    </w:p>
    <w:p w14:paraId="55CCCA36" w14:textId="54E5E7C0" w:rsidR="0077494F" w:rsidRPr="0026347F" w:rsidRDefault="005B651C">
      <w:pPr>
        <w:spacing w:after="120" w:line="259" w:lineRule="auto"/>
        <w:rPr>
          <w:lang w:val="cs-CZ"/>
        </w:rPr>
      </w:pPr>
      <w:r w:rsidRPr="728E116E">
        <w:rPr>
          <w:b/>
          <w:bCs/>
          <w:lang w:val="cs-CZ"/>
        </w:rPr>
        <w:t xml:space="preserve">6.3. </w:t>
      </w:r>
      <w:r w:rsidRPr="728E116E">
        <w:rPr>
          <w:lang w:val="cs-CZ"/>
        </w:rPr>
        <w:t>Pro demontáž</w:t>
      </w:r>
      <w:r w:rsidR="00090923" w:rsidRPr="728E116E">
        <w:rPr>
          <w:lang w:val="cs-CZ"/>
        </w:rPr>
        <w:t xml:space="preserve">e a montáže </w:t>
      </w:r>
      <w:r w:rsidR="00152D31" w:rsidRPr="728E116E">
        <w:rPr>
          <w:lang w:val="cs-CZ"/>
        </w:rPr>
        <w:t xml:space="preserve">je možné </w:t>
      </w:r>
      <w:r w:rsidRPr="728E116E">
        <w:rPr>
          <w:lang w:val="cs-CZ"/>
        </w:rPr>
        <w:t>využít stávající mostov</w:t>
      </w:r>
      <w:r w:rsidR="002D4462">
        <w:rPr>
          <w:lang w:val="cs-CZ"/>
        </w:rPr>
        <w:t>ý</w:t>
      </w:r>
      <w:r w:rsidRPr="728E116E">
        <w:rPr>
          <w:lang w:val="cs-CZ"/>
        </w:rPr>
        <w:t xml:space="preserve"> jeřáb </w:t>
      </w:r>
      <w:r w:rsidR="002D4462">
        <w:rPr>
          <w:lang w:val="cs-CZ"/>
        </w:rPr>
        <w:t xml:space="preserve">s nosností 2000 kg </w:t>
      </w:r>
      <w:r w:rsidRPr="728E116E">
        <w:rPr>
          <w:lang w:val="cs-CZ"/>
        </w:rPr>
        <w:t>v hale, pokud bude dostupný a pokud jeho využití bude v souladu s provozními a bezpečnostními pravidly Objednatele.</w:t>
      </w:r>
    </w:p>
    <w:p w14:paraId="2C765063" w14:textId="7D52ABDC" w:rsidR="0077494F" w:rsidRPr="0026347F" w:rsidRDefault="005B651C">
      <w:pPr>
        <w:spacing w:after="120" w:line="259" w:lineRule="auto"/>
        <w:rPr>
          <w:lang w:val="cs-CZ"/>
        </w:rPr>
      </w:pPr>
      <w:r w:rsidRPr="1D112330">
        <w:rPr>
          <w:b/>
          <w:bCs/>
          <w:lang w:val="cs-CZ"/>
        </w:rPr>
        <w:t xml:space="preserve">6.4. </w:t>
      </w:r>
      <w:r w:rsidRPr="1D112330">
        <w:rPr>
          <w:lang w:val="cs-CZ"/>
        </w:rPr>
        <w:t xml:space="preserve">Zhotovitel je </w:t>
      </w:r>
      <w:r w:rsidRPr="00983753">
        <w:rPr>
          <w:lang w:val="cs-CZ"/>
        </w:rPr>
        <w:t xml:space="preserve">povinen dodržovat všechny právní předpisy, bezpečnostní pravidla, požární předpisy, ekologické předpisy, interní pravidla Objednatele a pokyny Objednatele. Pravidla chování a bezpečnostní podmínky tvoří Přílohu </w:t>
      </w:r>
      <w:r w:rsidR="4F0CE97F" w:rsidRPr="00983753">
        <w:rPr>
          <w:lang w:val="cs-CZ"/>
        </w:rPr>
        <w:t>02_0</w:t>
      </w:r>
      <w:r w:rsidR="00A26475" w:rsidRPr="00983753">
        <w:rPr>
          <w:lang w:val="cs-CZ"/>
        </w:rPr>
        <w:t>7</w:t>
      </w:r>
      <w:r w:rsidRPr="00983753">
        <w:rPr>
          <w:lang w:val="cs-CZ"/>
        </w:rPr>
        <w:t xml:space="preserve"> této Smlouvy</w:t>
      </w:r>
      <w:r w:rsidRPr="1D112330">
        <w:rPr>
          <w:lang w:val="cs-CZ"/>
        </w:rPr>
        <w:t>.</w:t>
      </w:r>
    </w:p>
    <w:p w14:paraId="51F6A67A" w14:textId="502FD3EE" w:rsidR="0077494F" w:rsidRPr="0026347F" w:rsidRDefault="005B651C">
      <w:pPr>
        <w:spacing w:after="120" w:line="259" w:lineRule="auto"/>
        <w:rPr>
          <w:lang w:val="cs-CZ"/>
        </w:rPr>
      </w:pPr>
      <w:r w:rsidRPr="0026347F">
        <w:rPr>
          <w:b/>
          <w:lang w:val="cs-CZ"/>
        </w:rPr>
        <w:t xml:space="preserve">6.5. </w:t>
      </w:r>
      <w:r w:rsidRPr="0026347F">
        <w:rPr>
          <w:lang w:val="cs-CZ"/>
        </w:rPr>
        <w:t xml:space="preserve">Zhotovitel je povinen udržovat na </w:t>
      </w:r>
      <w:r w:rsidR="00A26475" w:rsidRPr="0026347F">
        <w:rPr>
          <w:lang w:val="cs-CZ"/>
        </w:rPr>
        <w:t>p</w:t>
      </w:r>
      <w:r w:rsidRPr="0026347F">
        <w:rPr>
          <w:lang w:val="cs-CZ"/>
        </w:rPr>
        <w:t xml:space="preserve">racovišti pořádek a čistotu, odstraňovat odpady vzniklé jeho činností, vést předepsanou evidenci odpadů a po skončení prací předat </w:t>
      </w:r>
      <w:r w:rsidR="000F3840" w:rsidRPr="0026347F">
        <w:rPr>
          <w:lang w:val="cs-CZ"/>
        </w:rPr>
        <w:t>p</w:t>
      </w:r>
      <w:r w:rsidRPr="0026347F">
        <w:rPr>
          <w:lang w:val="cs-CZ"/>
        </w:rPr>
        <w:t>racoviště Objednateli řádně uklizené.</w:t>
      </w:r>
    </w:p>
    <w:p w14:paraId="7E5D7F37" w14:textId="77777777" w:rsidR="0077494F" w:rsidRPr="0026347F" w:rsidRDefault="005B651C">
      <w:pPr>
        <w:spacing w:after="120" w:line="259" w:lineRule="auto"/>
        <w:rPr>
          <w:lang w:val="cs-CZ"/>
        </w:rPr>
      </w:pPr>
      <w:r w:rsidRPr="0026347F">
        <w:rPr>
          <w:b/>
          <w:lang w:val="cs-CZ"/>
        </w:rPr>
        <w:lastRenderedPageBreak/>
        <w:t xml:space="preserve">6.6. </w:t>
      </w:r>
      <w:r w:rsidRPr="0026347F">
        <w:rPr>
          <w:lang w:val="cs-CZ"/>
        </w:rPr>
        <w:t>Zhotovitel odpovídá za veškeré škody způsobené při plnění této Smlouvy na majetku Objednatele, třetích osob, Díle, Zařízení, životním prostředí nebo zdraví osob.</w:t>
      </w:r>
    </w:p>
    <w:p w14:paraId="63E66C92" w14:textId="77777777" w:rsidR="0077494F" w:rsidRPr="0026347F" w:rsidRDefault="005B651C">
      <w:pPr>
        <w:spacing w:before="240" w:after="120"/>
        <w:rPr>
          <w:lang w:val="cs-CZ"/>
        </w:rPr>
      </w:pPr>
      <w:r w:rsidRPr="0026347F">
        <w:rPr>
          <w:b/>
          <w:sz w:val="28"/>
          <w:lang w:val="cs-CZ"/>
        </w:rPr>
        <w:t>7. Provádění, kontrola, zkoušení a dokončení Díla</w:t>
      </w:r>
    </w:p>
    <w:p w14:paraId="19E0062B" w14:textId="77777777" w:rsidR="0077494F" w:rsidRPr="0026347F" w:rsidRDefault="005B651C">
      <w:pPr>
        <w:spacing w:after="120" w:line="259" w:lineRule="auto"/>
        <w:rPr>
          <w:lang w:val="cs-CZ"/>
        </w:rPr>
      </w:pPr>
      <w:r w:rsidRPr="0026347F">
        <w:rPr>
          <w:b/>
          <w:lang w:val="cs-CZ"/>
        </w:rPr>
        <w:t xml:space="preserve">7.1. </w:t>
      </w:r>
      <w:r w:rsidRPr="0026347F">
        <w:rPr>
          <w:lang w:val="cs-CZ"/>
        </w:rPr>
        <w:t>Zhotovitel je povinen umožnit Objednateli kontrolu provádění Díla, výroby, kompletace, montáže, zkoušek a dokumentace. Zjistí-li Objednatel nedostatky, je oprávněn požadovat jejich bezodkladnou nápravu.</w:t>
      </w:r>
    </w:p>
    <w:p w14:paraId="42594D07" w14:textId="09CB492B" w:rsidR="0077494F" w:rsidRPr="0026347F" w:rsidRDefault="005B651C">
      <w:pPr>
        <w:spacing w:after="120" w:line="259" w:lineRule="auto"/>
        <w:rPr>
          <w:lang w:val="cs-CZ"/>
        </w:rPr>
      </w:pPr>
      <w:r w:rsidRPr="6AE49D30">
        <w:rPr>
          <w:b/>
          <w:bCs/>
          <w:lang w:val="cs-CZ"/>
        </w:rPr>
        <w:t xml:space="preserve">7.2. </w:t>
      </w:r>
      <w:r w:rsidRPr="6AE49D30">
        <w:rPr>
          <w:lang w:val="cs-CZ"/>
        </w:rPr>
        <w:t xml:space="preserve">Zhotovitel je povinen ode dne převzetí </w:t>
      </w:r>
      <w:r w:rsidR="11816B15" w:rsidRPr="6AE49D30">
        <w:rPr>
          <w:lang w:val="cs-CZ"/>
        </w:rPr>
        <w:t>p</w:t>
      </w:r>
      <w:r w:rsidRPr="6AE49D30">
        <w:rPr>
          <w:lang w:val="cs-CZ"/>
        </w:rPr>
        <w:t>racoviště vést stavební nebo montážní deník. Do deníku se zapisují všechny skutečnosti rozhodné pro provádění Díla, zejména postup prací, účast poddodavatelů, překážky, pokyny Objednatele, bezpečnostní záznamy, čekání na jeřáb nebo jiné události významné pro posouzení harmonogramu a odstávky.</w:t>
      </w:r>
    </w:p>
    <w:p w14:paraId="76ECE23A" w14:textId="2B0842E0" w:rsidR="0077494F" w:rsidRPr="0026347F" w:rsidRDefault="005B651C">
      <w:pPr>
        <w:spacing w:after="120" w:line="259" w:lineRule="auto"/>
        <w:rPr>
          <w:lang w:val="cs-CZ"/>
        </w:rPr>
      </w:pPr>
      <w:r w:rsidRPr="72A900FB">
        <w:rPr>
          <w:b/>
          <w:bCs/>
          <w:lang w:val="cs-CZ"/>
        </w:rPr>
        <w:t xml:space="preserve">7.3. </w:t>
      </w:r>
      <w:r w:rsidRPr="72A900FB">
        <w:rPr>
          <w:lang w:val="cs-CZ"/>
        </w:rPr>
        <w:t>Po ukončení výroby a montáže</w:t>
      </w:r>
      <w:r w:rsidR="19DC6AF5" w:rsidRPr="72A900FB">
        <w:rPr>
          <w:lang w:val="cs-CZ"/>
        </w:rPr>
        <w:t xml:space="preserve"> Díla</w:t>
      </w:r>
      <w:r w:rsidRPr="72A900FB">
        <w:rPr>
          <w:lang w:val="cs-CZ"/>
        </w:rPr>
        <w:t xml:space="preserve"> budou provedeny veškeré zkoušky, kontroly a atesty předepsané touto Smlouvou, technickou specifikací, právními předpisy a technickými normami</w:t>
      </w:r>
      <w:r w:rsidR="4369D422" w:rsidRPr="72A900FB">
        <w:rPr>
          <w:lang w:val="cs-CZ"/>
        </w:rPr>
        <w:t>, zejména Garančně-výkonnostní test</w:t>
      </w:r>
      <w:r w:rsidRPr="72A900FB">
        <w:rPr>
          <w:lang w:val="cs-CZ"/>
        </w:rPr>
        <w:t>.</w:t>
      </w:r>
      <w:r w:rsidR="5DFDB9C1" w:rsidRPr="72A900FB">
        <w:rPr>
          <w:lang w:val="cs-CZ"/>
        </w:rPr>
        <w:t xml:space="preserve"> Garančně-výkonnostní test bude proveden úspěšně, pokud se prokáže, že Dílo splňuje </w:t>
      </w:r>
      <w:r w:rsidR="31A5DD5F" w:rsidRPr="72A900FB">
        <w:rPr>
          <w:lang w:val="cs-CZ"/>
        </w:rPr>
        <w:t>veškeré požadované hodnoty dle přílohy č. 02_04.</w:t>
      </w:r>
      <w:r w:rsidR="5DFDB9C1" w:rsidRPr="72A900FB">
        <w:rPr>
          <w:lang w:val="cs-CZ"/>
        </w:rPr>
        <w:t xml:space="preserve"> </w:t>
      </w:r>
      <w:r w:rsidRPr="72A900FB">
        <w:rPr>
          <w:lang w:val="cs-CZ"/>
        </w:rPr>
        <w:t>O každé zkoušce bude sepsán protokol.</w:t>
      </w:r>
    </w:p>
    <w:p w14:paraId="78AFBF5B" w14:textId="77777777" w:rsidR="0077494F" w:rsidRPr="0026347F" w:rsidRDefault="005B651C">
      <w:pPr>
        <w:spacing w:after="120" w:line="259" w:lineRule="auto"/>
        <w:rPr>
          <w:lang w:val="cs-CZ"/>
        </w:rPr>
      </w:pPr>
      <w:r w:rsidRPr="0026347F">
        <w:rPr>
          <w:b/>
          <w:lang w:val="cs-CZ"/>
        </w:rPr>
        <w:t xml:space="preserve">7.4. </w:t>
      </w:r>
      <w:r w:rsidRPr="0026347F">
        <w:rPr>
          <w:lang w:val="cs-CZ"/>
        </w:rPr>
        <w:t>Pokud kterákoli zkouška nevyhoví akceptačním kritériím, je Zhotovitel povinen bezodkladně zahájit nápravná opatření, do 3 pracovních dnů předložit písemný plán nápravy a opakovat příslušnou zkoušku nejpozději do 10 pracovních dnů, nedohodnou-li se Smluvní strany jinak.</w:t>
      </w:r>
    </w:p>
    <w:p w14:paraId="094D02AB" w14:textId="77777777" w:rsidR="0077494F" w:rsidRPr="0026347F" w:rsidRDefault="005B651C">
      <w:pPr>
        <w:spacing w:after="120" w:line="259" w:lineRule="auto"/>
        <w:rPr>
          <w:lang w:val="cs-CZ"/>
        </w:rPr>
      </w:pPr>
      <w:r w:rsidRPr="0026347F">
        <w:rPr>
          <w:b/>
          <w:lang w:val="cs-CZ"/>
        </w:rPr>
        <w:t xml:space="preserve">7.5. </w:t>
      </w:r>
      <w:r w:rsidRPr="0026347F">
        <w:rPr>
          <w:lang w:val="cs-CZ"/>
        </w:rPr>
        <w:t>Veškeré náklady na opakované zkoušky a nápravná opatření z důvodu vad nebo nedostatků na straně Zhotovitele nese Zhotovitel.</w:t>
      </w:r>
    </w:p>
    <w:p w14:paraId="6A6C104B" w14:textId="28ECF429" w:rsidR="0077494F" w:rsidRPr="0026347F" w:rsidRDefault="005B651C">
      <w:pPr>
        <w:spacing w:after="120" w:line="259" w:lineRule="auto"/>
        <w:rPr>
          <w:lang w:val="cs-CZ"/>
        </w:rPr>
      </w:pPr>
      <w:r w:rsidRPr="0026347F">
        <w:rPr>
          <w:b/>
          <w:lang w:val="cs-CZ"/>
        </w:rPr>
        <w:t xml:space="preserve">7.6. </w:t>
      </w:r>
      <w:r w:rsidR="0026347F">
        <w:rPr>
          <w:lang w:val="cs-CZ"/>
        </w:rPr>
        <w:t>Po dokončení Díla</w:t>
      </w:r>
      <w:r w:rsidRPr="0026347F">
        <w:rPr>
          <w:lang w:val="cs-CZ"/>
        </w:rPr>
        <w:t xml:space="preserve"> předloží Zhotovitel Objednateli návrh Předávacího protokolu. Objednatel není povinen</w:t>
      </w:r>
      <w:r w:rsidR="0026347F">
        <w:rPr>
          <w:lang w:val="cs-CZ"/>
        </w:rPr>
        <w:t xml:space="preserve"> Dílo převzít a</w:t>
      </w:r>
      <w:r w:rsidRPr="0026347F">
        <w:rPr>
          <w:lang w:val="cs-CZ"/>
        </w:rPr>
        <w:t xml:space="preserve"> Předávací protokol podepsat, dokud nebude Dílo řádně </w:t>
      </w:r>
      <w:r w:rsidR="0026347F">
        <w:rPr>
          <w:lang w:val="cs-CZ"/>
        </w:rPr>
        <w:t>dokončeno</w:t>
      </w:r>
      <w:r w:rsidRPr="0026347F">
        <w:rPr>
          <w:lang w:val="cs-CZ"/>
        </w:rPr>
        <w:t>, odzkoušeno, zdokumentováno a způsobilé k bezpečnému a řádnému užívání.</w:t>
      </w:r>
    </w:p>
    <w:p w14:paraId="4EB9F399" w14:textId="77777777" w:rsidR="0077494F" w:rsidRPr="0026347F" w:rsidRDefault="005B651C">
      <w:pPr>
        <w:spacing w:before="240" w:after="120"/>
        <w:rPr>
          <w:lang w:val="cs-CZ"/>
        </w:rPr>
      </w:pPr>
      <w:r w:rsidRPr="0026347F">
        <w:rPr>
          <w:b/>
          <w:sz w:val="28"/>
          <w:lang w:val="cs-CZ"/>
        </w:rPr>
        <w:t>8. Předání a převzetí Díla</w:t>
      </w:r>
    </w:p>
    <w:p w14:paraId="4EC31311" w14:textId="1452B24E" w:rsidR="0077494F" w:rsidRPr="00D17D2D" w:rsidRDefault="005B651C">
      <w:pPr>
        <w:spacing w:after="120" w:line="259" w:lineRule="auto"/>
        <w:rPr>
          <w:lang w:val="cs-CZ"/>
        </w:rPr>
      </w:pPr>
      <w:r w:rsidRPr="00D17D2D">
        <w:rPr>
          <w:b/>
          <w:lang w:val="cs-CZ"/>
        </w:rPr>
        <w:t xml:space="preserve">8.1. </w:t>
      </w:r>
      <w:r w:rsidRPr="00D17D2D">
        <w:rPr>
          <w:lang w:val="cs-CZ"/>
        </w:rPr>
        <w:t xml:space="preserve">Dílo se považuje za řádně </w:t>
      </w:r>
      <w:r w:rsidR="0026347F" w:rsidRPr="00D17D2D">
        <w:rPr>
          <w:lang w:val="cs-CZ"/>
        </w:rPr>
        <w:t xml:space="preserve">dokončené a </w:t>
      </w:r>
      <w:r w:rsidRPr="00D17D2D">
        <w:rPr>
          <w:lang w:val="cs-CZ"/>
        </w:rPr>
        <w:t>předané až podpisem Předávacího protokolu Objednatelem.</w:t>
      </w:r>
    </w:p>
    <w:p w14:paraId="2CBF4EE4" w14:textId="6281D9C9" w:rsidR="0077494F" w:rsidRPr="00D17D2D" w:rsidRDefault="005B651C">
      <w:pPr>
        <w:spacing w:after="120" w:line="259" w:lineRule="auto"/>
        <w:rPr>
          <w:lang w:val="cs-CZ"/>
        </w:rPr>
      </w:pPr>
      <w:r w:rsidRPr="00D17D2D">
        <w:rPr>
          <w:b/>
          <w:lang w:val="cs-CZ"/>
        </w:rPr>
        <w:t xml:space="preserve">8.2. </w:t>
      </w:r>
      <w:r w:rsidRPr="00D17D2D">
        <w:rPr>
          <w:lang w:val="cs-CZ"/>
        </w:rPr>
        <w:t xml:space="preserve">Objednatel </w:t>
      </w:r>
      <w:r w:rsidR="0026347F" w:rsidRPr="00D17D2D">
        <w:rPr>
          <w:lang w:val="cs-CZ"/>
        </w:rPr>
        <w:t>není povinen Dílo převzít a podepsat</w:t>
      </w:r>
      <w:r w:rsidRPr="00D17D2D">
        <w:rPr>
          <w:lang w:val="cs-CZ"/>
        </w:rPr>
        <w:t xml:space="preserve"> Předávací protokol, pokud </w:t>
      </w:r>
      <w:r w:rsidR="0026347F" w:rsidRPr="00D17D2D">
        <w:rPr>
          <w:lang w:val="cs-CZ"/>
        </w:rPr>
        <w:t>ne</w:t>
      </w:r>
      <w:r w:rsidRPr="00D17D2D">
        <w:rPr>
          <w:lang w:val="cs-CZ"/>
        </w:rPr>
        <w:t>bud</w:t>
      </w:r>
      <w:r w:rsidR="0026347F" w:rsidRPr="00D17D2D">
        <w:rPr>
          <w:lang w:val="cs-CZ"/>
        </w:rPr>
        <w:t>e</w:t>
      </w:r>
      <w:r w:rsidRPr="00D17D2D">
        <w:rPr>
          <w:lang w:val="cs-CZ"/>
        </w:rPr>
        <w:t xml:space="preserve"> splněn</w:t>
      </w:r>
      <w:r w:rsidR="0026347F" w:rsidRPr="00D17D2D">
        <w:rPr>
          <w:lang w:val="cs-CZ"/>
        </w:rPr>
        <w:t>a kterákoli z následujících podmínek</w:t>
      </w:r>
      <w:r w:rsidRPr="00D17D2D">
        <w:rPr>
          <w:lang w:val="cs-CZ"/>
        </w:rPr>
        <w:t>:</w:t>
      </w:r>
    </w:p>
    <w:p w14:paraId="424240E4" w14:textId="2F2A225D" w:rsidR="0077494F" w:rsidRPr="00D17D2D" w:rsidRDefault="005B651C">
      <w:pPr>
        <w:spacing w:after="80"/>
        <w:ind w:left="340" w:hanging="227"/>
        <w:rPr>
          <w:lang w:val="cs-CZ"/>
        </w:rPr>
      </w:pPr>
      <w:r w:rsidRPr="00D17D2D">
        <w:rPr>
          <w:lang w:val="cs-CZ"/>
        </w:rPr>
        <w:t>• budou</w:t>
      </w:r>
      <w:r w:rsidR="2E57AD59" w:rsidRPr="00D17D2D">
        <w:rPr>
          <w:lang w:val="cs-CZ"/>
        </w:rPr>
        <w:t xml:space="preserve"> řádně</w:t>
      </w:r>
      <w:r w:rsidRPr="00D17D2D">
        <w:rPr>
          <w:lang w:val="cs-CZ"/>
        </w:rPr>
        <w:t xml:space="preserve"> dokončeny veškeré práce, dodávky a související činnosti;</w:t>
      </w:r>
    </w:p>
    <w:p w14:paraId="02C05049" w14:textId="55039D91" w:rsidR="0077494F" w:rsidRPr="00D17D2D" w:rsidRDefault="005B651C">
      <w:pPr>
        <w:spacing w:after="80"/>
        <w:ind w:left="340" w:hanging="227"/>
        <w:rPr>
          <w:lang w:val="cs-CZ"/>
        </w:rPr>
      </w:pPr>
      <w:r w:rsidRPr="00D17D2D">
        <w:rPr>
          <w:lang w:val="cs-CZ"/>
        </w:rPr>
        <w:t xml:space="preserve">• budou dodány a integrovány </w:t>
      </w:r>
      <w:r w:rsidR="00A06C4F" w:rsidRPr="00D17D2D">
        <w:rPr>
          <w:lang w:val="cs-CZ"/>
        </w:rPr>
        <w:t xml:space="preserve">všechny </w:t>
      </w:r>
      <w:r w:rsidR="00A46D9F" w:rsidRPr="00D17D2D">
        <w:rPr>
          <w:lang w:val="cs-CZ"/>
        </w:rPr>
        <w:t>komponenty</w:t>
      </w:r>
      <w:r w:rsidR="00B7336D" w:rsidRPr="00D17D2D">
        <w:rPr>
          <w:rFonts w:cs="Arial"/>
          <w:sz w:val="19"/>
          <w:szCs w:val="19"/>
          <w:lang w:val="cs-CZ"/>
        </w:rPr>
        <w:t xml:space="preserve"> automatického zkušebního systému</w:t>
      </w:r>
      <w:r w:rsidR="00224128" w:rsidRPr="00D17D2D">
        <w:rPr>
          <w:lang w:val="cs-CZ"/>
        </w:rPr>
        <w:t>;</w:t>
      </w:r>
    </w:p>
    <w:p w14:paraId="26D4B1C0" w14:textId="1252CDE4" w:rsidR="0077494F" w:rsidRPr="00D17D2D" w:rsidRDefault="005B651C">
      <w:pPr>
        <w:spacing w:after="80"/>
        <w:ind w:left="340" w:hanging="227"/>
        <w:rPr>
          <w:lang w:val="cs-CZ"/>
        </w:rPr>
      </w:pPr>
      <w:r w:rsidRPr="00D17D2D">
        <w:rPr>
          <w:lang w:val="cs-CZ"/>
        </w:rPr>
        <w:t>• budou úspěšně provedeny zkušební provoz</w:t>
      </w:r>
      <w:r w:rsidR="007472EE" w:rsidRPr="00D17D2D">
        <w:rPr>
          <w:lang w:val="cs-CZ"/>
        </w:rPr>
        <w:t>, zašk</w:t>
      </w:r>
      <w:r w:rsidR="00F737B5" w:rsidRPr="00D17D2D">
        <w:rPr>
          <w:lang w:val="cs-CZ"/>
        </w:rPr>
        <w:t>olení obsluhy</w:t>
      </w:r>
      <w:r w:rsidRPr="00D17D2D">
        <w:rPr>
          <w:lang w:val="cs-CZ"/>
        </w:rPr>
        <w:t xml:space="preserve"> a </w:t>
      </w:r>
      <w:r w:rsidR="4E140660" w:rsidRPr="00D17D2D">
        <w:rPr>
          <w:lang w:val="cs-CZ"/>
        </w:rPr>
        <w:t>Garančně-</w:t>
      </w:r>
      <w:r w:rsidRPr="00D17D2D">
        <w:rPr>
          <w:lang w:val="cs-CZ"/>
        </w:rPr>
        <w:t>výkonnostní test dle Přílohy</w:t>
      </w:r>
      <w:r w:rsidR="1D13AFBC" w:rsidRPr="00D17D2D">
        <w:rPr>
          <w:lang w:val="cs-CZ"/>
        </w:rPr>
        <w:t xml:space="preserve"> 02_04</w:t>
      </w:r>
      <w:r w:rsidR="00224128" w:rsidRPr="00D17D2D">
        <w:rPr>
          <w:lang w:val="cs-CZ"/>
        </w:rPr>
        <w:t>;</w:t>
      </w:r>
    </w:p>
    <w:p w14:paraId="35B9D15F" w14:textId="73AA5FC5" w:rsidR="0077494F" w:rsidRPr="00D17D2D" w:rsidRDefault="005B651C">
      <w:pPr>
        <w:spacing w:after="80"/>
        <w:ind w:left="340" w:hanging="227"/>
        <w:rPr>
          <w:lang w:val="cs-CZ"/>
        </w:rPr>
      </w:pPr>
      <w:r w:rsidRPr="00D17D2D">
        <w:rPr>
          <w:lang w:val="cs-CZ"/>
        </w:rPr>
        <w:t>• budou předány veškeré protokoly, atesty, revizní zprávy, dokumentace skutečného provedení a další doklady;</w:t>
      </w:r>
    </w:p>
    <w:p w14:paraId="34A209CC" w14:textId="661FCF72" w:rsidR="0077494F" w:rsidRPr="00D17D2D" w:rsidRDefault="005B651C">
      <w:pPr>
        <w:spacing w:after="80"/>
        <w:ind w:left="340" w:hanging="227"/>
        <w:rPr>
          <w:lang w:val="cs-CZ"/>
        </w:rPr>
      </w:pPr>
      <w:r w:rsidRPr="00D17D2D">
        <w:rPr>
          <w:lang w:val="cs-CZ"/>
        </w:rPr>
        <w:t xml:space="preserve">• Dílo bude odpovídat </w:t>
      </w:r>
      <w:r w:rsidR="491715D2" w:rsidRPr="00D17D2D">
        <w:rPr>
          <w:lang w:val="cs-CZ"/>
        </w:rPr>
        <w:t xml:space="preserve">Smlouvě a </w:t>
      </w:r>
      <w:r w:rsidRPr="00D17D2D">
        <w:rPr>
          <w:lang w:val="cs-CZ"/>
        </w:rPr>
        <w:t>dodané a schválené dokumentaci;</w:t>
      </w:r>
    </w:p>
    <w:p w14:paraId="475E9A3F" w14:textId="77777777" w:rsidR="0077494F" w:rsidRPr="0026347F" w:rsidRDefault="005B651C">
      <w:pPr>
        <w:spacing w:after="80"/>
        <w:ind w:left="340" w:hanging="227"/>
        <w:rPr>
          <w:lang w:val="cs-CZ"/>
        </w:rPr>
      </w:pPr>
      <w:r w:rsidRPr="00D17D2D">
        <w:rPr>
          <w:lang w:val="cs-CZ"/>
        </w:rPr>
        <w:t>• Pracoviště bude uklizeno a předáno zpět Objednateli.</w:t>
      </w:r>
    </w:p>
    <w:p w14:paraId="13503323" w14:textId="66E12332" w:rsidR="0077494F" w:rsidRPr="0026347F" w:rsidRDefault="005B651C">
      <w:pPr>
        <w:spacing w:after="120" w:line="259" w:lineRule="auto"/>
        <w:rPr>
          <w:lang w:val="cs-CZ"/>
        </w:rPr>
      </w:pPr>
      <w:r w:rsidRPr="0026347F">
        <w:rPr>
          <w:b/>
          <w:lang w:val="cs-CZ"/>
        </w:rPr>
        <w:t xml:space="preserve">8.3. </w:t>
      </w:r>
      <w:r w:rsidRPr="0026347F">
        <w:rPr>
          <w:lang w:val="cs-CZ"/>
        </w:rPr>
        <w:t xml:space="preserve">Objednatel může podle svého uvážení převzít Dílo i s vadami nebo nedodělky, </w:t>
      </w:r>
      <w:r w:rsidR="0026347F">
        <w:rPr>
          <w:lang w:val="cs-CZ"/>
        </w:rPr>
        <w:t>zejména, pokud</w:t>
      </w:r>
      <w:r w:rsidR="0026347F" w:rsidRPr="0026347F">
        <w:rPr>
          <w:lang w:val="cs-CZ"/>
        </w:rPr>
        <w:t xml:space="preserve"> </w:t>
      </w:r>
      <w:r w:rsidRPr="0026347F">
        <w:rPr>
          <w:lang w:val="cs-CZ"/>
        </w:rPr>
        <w:t xml:space="preserve">samy o sobě ani ve spojení s jinými nebrání bezpečnému a řádnému užívání. V takovém případě </w:t>
      </w:r>
      <w:r w:rsidR="0026347F">
        <w:rPr>
          <w:lang w:val="cs-CZ"/>
        </w:rPr>
        <w:t xml:space="preserve">bude Zhotovitel povinen takové </w:t>
      </w:r>
      <w:r w:rsidRPr="0026347F">
        <w:rPr>
          <w:lang w:val="cs-CZ"/>
        </w:rPr>
        <w:t xml:space="preserve">vady a nedodělky </w:t>
      </w:r>
      <w:r w:rsidR="0026347F">
        <w:rPr>
          <w:lang w:val="cs-CZ"/>
        </w:rPr>
        <w:t>odstranit ve lhůtách uvedených</w:t>
      </w:r>
      <w:r w:rsidR="0026347F" w:rsidRPr="0026347F">
        <w:rPr>
          <w:lang w:val="cs-CZ"/>
        </w:rPr>
        <w:t xml:space="preserve"> </w:t>
      </w:r>
      <w:r w:rsidRPr="0026347F">
        <w:rPr>
          <w:lang w:val="cs-CZ"/>
        </w:rPr>
        <w:t>v Předávacím protokolu</w:t>
      </w:r>
      <w:r w:rsidR="0026347F">
        <w:rPr>
          <w:lang w:val="cs-CZ"/>
        </w:rPr>
        <w:t>, jinak bez zbytečného odkladu</w:t>
      </w:r>
      <w:r w:rsidRPr="0026347F">
        <w:rPr>
          <w:lang w:val="cs-CZ"/>
        </w:rPr>
        <w:t>.</w:t>
      </w:r>
    </w:p>
    <w:p w14:paraId="06C68DCD" w14:textId="4A508567" w:rsidR="0077494F" w:rsidRPr="0026347F" w:rsidRDefault="005B651C">
      <w:pPr>
        <w:spacing w:after="120" w:line="259" w:lineRule="auto"/>
        <w:rPr>
          <w:lang w:val="cs-CZ"/>
        </w:rPr>
      </w:pPr>
      <w:r w:rsidRPr="0026347F">
        <w:rPr>
          <w:b/>
          <w:lang w:val="cs-CZ"/>
        </w:rPr>
        <w:t xml:space="preserve">8.4. </w:t>
      </w:r>
      <w:r w:rsidRPr="0026347F">
        <w:rPr>
          <w:lang w:val="cs-CZ"/>
        </w:rPr>
        <w:t>P</w:t>
      </w:r>
      <w:r w:rsidR="0026347F">
        <w:rPr>
          <w:lang w:val="cs-CZ"/>
        </w:rPr>
        <w:t>ředáním a p</w:t>
      </w:r>
      <w:r w:rsidRPr="0026347F">
        <w:rPr>
          <w:lang w:val="cs-CZ"/>
        </w:rPr>
        <w:t xml:space="preserve">odpisem Předávacího protokolu </w:t>
      </w:r>
      <w:r w:rsidR="00AF278F">
        <w:rPr>
          <w:lang w:val="cs-CZ"/>
        </w:rPr>
        <w:t xml:space="preserve">ze strany Objednatele </w:t>
      </w:r>
      <w:r w:rsidRPr="0026347F">
        <w:rPr>
          <w:lang w:val="cs-CZ"/>
        </w:rPr>
        <w:t>začíná běžet Záruční doba.</w:t>
      </w:r>
    </w:p>
    <w:p w14:paraId="0A3A9AE9" w14:textId="386638B6" w:rsidR="0077494F" w:rsidRPr="0026347F" w:rsidRDefault="005B651C">
      <w:pPr>
        <w:spacing w:before="240" w:after="120"/>
        <w:rPr>
          <w:lang w:val="cs-CZ"/>
        </w:rPr>
      </w:pPr>
      <w:r w:rsidRPr="0026347F">
        <w:rPr>
          <w:b/>
          <w:sz w:val="28"/>
          <w:lang w:val="cs-CZ"/>
        </w:rPr>
        <w:t>9. Záruka, odpovědnost za vady</w:t>
      </w:r>
      <w:r w:rsidR="00D45E48">
        <w:rPr>
          <w:b/>
          <w:sz w:val="28"/>
          <w:lang w:val="cs-CZ"/>
        </w:rPr>
        <w:t>,</w:t>
      </w:r>
      <w:r w:rsidRPr="0026347F">
        <w:rPr>
          <w:b/>
          <w:sz w:val="28"/>
          <w:lang w:val="cs-CZ"/>
        </w:rPr>
        <w:t xml:space="preserve"> servis</w:t>
      </w:r>
      <w:r w:rsidR="00D45E48">
        <w:rPr>
          <w:b/>
          <w:sz w:val="28"/>
          <w:lang w:val="cs-CZ"/>
        </w:rPr>
        <w:t xml:space="preserve"> a pojištění</w:t>
      </w:r>
    </w:p>
    <w:p w14:paraId="0555A148" w14:textId="2C6F6A42" w:rsidR="0077494F" w:rsidRPr="0026347F" w:rsidRDefault="7428F4E6" w:rsidP="767C14F5">
      <w:pPr>
        <w:spacing w:after="120" w:line="259" w:lineRule="auto"/>
        <w:rPr>
          <w:lang w:val="cs-CZ"/>
        </w:rPr>
      </w:pPr>
      <w:r w:rsidRPr="0BE7F3A1">
        <w:rPr>
          <w:b/>
          <w:bCs/>
          <w:lang w:val="cs-CZ"/>
        </w:rPr>
        <w:t xml:space="preserve">9.1. </w:t>
      </w:r>
      <w:r w:rsidRPr="0BE7F3A1">
        <w:rPr>
          <w:lang w:val="cs-CZ"/>
        </w:rPr>
        <w:t xml:space="preserve">Zhotovitel poskytuje Objednateli záruku za jakost Díla v </w:t>
      </w:r>
      <w:proofErr w:type="gramStart"/>
      <w:r w:rsidRPr="0BE7F3A1">
        <w:rPr>
          <w:lang w:val="cs-CZ"/>
        </w:rPr>
        <w:t>délce</w:t>
      </w:r>
      <w:r w:rsidR="1B71A48C" w:rsidRPr="0BE7F3A1">
        <w:rPr>
          <w:lang w:val="cs-CZ"/>
        </w:rPr>
        <w:t xml:space="preserve"> </w:t>
      </w:r>
      <w:r w:rsidRPr="0BE7F3A1">
        <w:rPr>
          <w:lang w:val="cs-CZ"/>
        </w:rPr>
        <w:t xml:space="preserve"> </w:t>
      </w:r>
      <w:r w:rsidR="76E38216" w:rsidRPr="0BE7F3A1">
        <w:rPr>
          <w:lang w:val="cs-CZ"/>
        </w:rPr>
        <w:t>24</w:t>
      </w:r>
      <w:proofErr w:type="gramEnd"/>
      <w:r w:rsidR="3345C0F0" w:rsidRPr="0BE7F3A1">
        <w:rPr>
          <w:lang w:val="cs-CZ"/>
        </w:rPr>
        <w:t xml:space="preserve"> </w:t>
      </w:r>
      <w:r w:rsidRPr="0BE7F3A1">
        <w:rPr>
          <w:lang w:val="cs-CZ"/>
        </w:rPr>
        <w:t>měsíců od podpisu Předávacího protokolu</w:t>
      </w:r>
      <w:r w:rsidR="10206F5D" w:rsidRPr="0BE7F3A1">
        <w:rPr>
          <w:lang w:val="cs-CZ"/>
        </w:rPr>
        <w:t xml:space="preserve"> (d</w:t>
      </w:r>
      <w:r w:rsidR="6060E476" w:rsidRPr="0BE7F3A1">
        <w:rPr>
          <w:lang w:val="cs-CZ"/>
        </w:rPr>
        <w:t>á</w:t>
      </w:r>
      <w:r w:rsidR="10206F5D" w:rsidRPr="0BE7F3A1">
        <w:rPr>
          <w:lang w:val="cs-CZ"/>
        </w:rPr>
        <w:t>le jen “</w:t>
      </w:r>
      <w:r w:rsidR="04F43CDD" w:rsidRPr="0BE7F3A1">
        <w:rPr>
          <w:lang w:val="cs-CZ"/>
        </w:rPr>
        <w:t>Záruční</w:t>
      </w:r>
      <w:r w:rsidR="10206F5D" w:rsidRPr="0BE7F3A1">
        <w:rPr>
          <w:lang w:val="cs-CZ"/>
        </w:rPr>
        <w:t xml:space="preserve"> doba”)</w:t>
      </w:r>
      <w:r w:rsidRPr="0BE7F3A1">
        <w:rPr>
          <w:lang w:val="cs-CZ"/>
        </w:rPr>
        <w:t xml:space="preserve">. </w:t>
      </w:r>
    </w:p>
    <w:p w14:paraId="7887512C" w14:textId="2E781CFE" w:rsidR="0077494F" w:rsidRPr="0026347F" w:rsidRDefault="02D26883">
      <w:pPr>
        <w:spacing w:after="120" w:line="259" w:lineRule="auto"/>
        <w:rPr>
          <w:lang w:val="cs-CZ"/>
        </w:rPr>
      </w:pPr>
      <w:r w:rsidRPr="0BE7F3A1">
        <w:rPr>
          <w:b/>
          <w:bCs/>
          <w:lang w:val="cs-CZ"/>
        </w:rPr>
        <w:t xml:space="preserve">9.2. </w:t>
      </w:r>
      <w:r w:rsidRPr="0BE7F3A1">
        <w:rPr>
          <w:lang w:val="cs-CZ"/>
        </w:rPr>
        <w:t>Zhotovitel odpovídá za to, že Dílo bude po celou Záruční dobu odpovídat této Smlouvě, dokumentaci, technickým normám</w:t>
      </w:r>
      <w:r w:rsidR="032CFD11" w:rsidRPr="0BE7F3A1">
        <w:rPr>
          <w:lang w:val="cs-CZ"/>
        </w:rPr>
        <w:t>, obvyklým vlastnostem</w:t>
      </w:r>
      <w:r w:rsidRPr="0BE7F3A1">
        <w:rPr>
          <w:lang w:val="cs-CZ"/>
        </w:rPr>
        <w:t xml:space="preserve"> a účelu užití a nebude vykazovat vady věcné ani právní.</w:t>
      </w:r>
      <w:r w:rsidR="3D776509" w:rsidRPr="0BE7F3A1">
        <w:rPr>
          <w:lang w:val="cs-CZ"/>
        </w:rPr>
        <w:t xml:space="preserve"> </w:t>
      </w:r>
      <w:r w:rsidRPr="0BE7F3A1">
        <w:rPr>
          <w:lang w:val="cs-CZ"/>
        </w:rPr>
        <w:t xml:space="preserve">Vadou je zejména nesoulad s dokumentací, nesplnění </w:t>
      </w:r>
      <w:r w:rsidR="69CD9F1A" w:rsidRPr="0BE7F3A1">
        <w:rPr>
          <w:lang w:val="cs-CZ"/>
        </w:rPr>
        <w:t>rozsahu</w:t>
      </w:r>
      <w:r w:rsidR="6599D083" w:rsidRPr="0BE7F3A1">
        <w:rPr>
          <w:lang w:val="cs-CZ"/>
        </w:rPr>
        <w:t xml:space="preserve"> tvaru a rozměrů zkušebních tyčí</w:t>
      </w:r>
      <w:r w:rsidRPr="0BE7F3A1">
        <w:rPr>
          <w:lang w:val="cs-CZ"/>
        </w:rPr>
        <w:t xml:space="preserve">, </w:t>
      </w:r>
      <w:r w:rsidR="032CFD11" w:rsidRPr="0BE7F3A1">
        <w:rPr>
          <w:lang w:val="cs-CZ"/>
        </w:rPr>
        <w:t>odchylky jiný</w:t>
      </w:r>
      <w:r w:rsidR="461EEA50" w:rsidRPr="0BE7F3A1">
        <w:rPr>
          <w:lang w:val="cs-CZ"/>
        </w:rPr>
        <w:t>c</w:t>
      </w:r>
      <w:r w:rsidR="032CFD11" w:rsidRPr="0BE7F3A1">
        <w:rPr>
          <w:lang w:val="cs-CZ"/>
        </w:rPr>
        <w:t xml:space="preserve">h sjednaných </w:t>
      </w:r>
      <w:r w:rsidR="032CFD11" w:rsidRPr="0BE7F3A1">
        <w:rPr>
          <w:lang w:val="cs-CZ"/>
        </w:rPr>
        <w:lastRenderedPageBreak/>
        <w:t xml:space="preserve">vlastností, </w:t>
      </w:r>
      <w:r w:rsidRPr="0BE7F3A1">
        <w:rPr>
          <w:lang w:val="cs-CZ"/>
        </w:rPr>
        <w:t>nedodání požadovaných náhradních dílů</w:t>
      </w:r>
      <w:r w:rsidR="1744A827" w:rsidRPr="0BE7F3A1">
        <w:rPr>
          <w:lang w:val="cs-CZ"/>
        </w:rPr>
        <w:t xml:space="preserve"> </w:t>
      </w:r>
      <w:r w:rsidRPr="0BE7F3A1">
        <w:rPr>
          <w:lang w:val="cs-CZ"/>
        </w:rPr>
        <w:t xml:space="preserve">nebo jakákoli jiná vada bránící řádnému, bezpečnému nebo 100% funkčnímu provozu </w:t>
      </w:r>
      <w:r w:rsidR="53B853F0" w:rsidRPr="0BE7F3A1">
        <w:rPr>
          <w:rFonts w:cs="Arial"/>
          <w:sz w:val="19"/>
          <w:szCs w:val="19"/>
          <w:lang w:val="cs-CZ"/>
        </w:rPr>
        <w:t>Díla</w:t>
      </w:r>
      <w:r w:rsidRPr="0BE7F3A1">
        <w:rPr>
          <w:lang w:val="cs-CZ"/>
        </w:rPr>
        <w:t>.</w:t>
      </w:r>
    </w:p>
    <w:p w14:paraId="45189289" w14:textId="237A5A7C" w:rsidR="00AF278F" w:rsidRPr="00A15B97" w:rsidRDefault="00AF278F">
      <w:pPr>
        <w:spacing w:after="120" w:line="259" w:lineRule="auto"/>
        <w:rPr>
          <w:bCs/>
          <w:lang w:val="cs-CZ"/>
        </w:rPr>
      </w:pPr>
      <w:r>
        <w:rPr>
          <w:b/>
          <w:lang w:val="cs-CZ"/>
        </w:rPr>
        <w:t>9.3.</w:t>
      </w:r>
      <w:r w:rsidRPr="00AF278F">
        <w:rPr>
          <w:bCs/>
          <w:lang w:val="cs-CZ"/>
        </w:rPr>
        <w:t xml:space="preserve"> Do doby, než </w:t>
      </w:r>
      <w:r>
        <w:rPr>
          <w:bCs/>
          <w:lang w:val="cs-CZ"/>
        </w:rPr>
        <w:t>Zhotovitel</w:t>
      </w:r>
      <w:r w:rsidRPr="00AF278F">
        <w:rPr>
          <w:bCs/>
          <w:lang w:val="cs-CZ"/>
        </w:rPr>
        <w:t xml:space="preserve"> prokáže, že za reklamovanou skutečnost neodpovídá, se má za to, že za vadu odpovídá </w:t>
      </w:r>
      <w:r>
        <w:rPr>
          <w:bCs/>
          <w:lang w:val="cs-CZ"/>
        </w:rPr>
        <w:t>Zhotovitel</w:t>
      </w:r>
      <w:r w:rsidRPr="00AF278F">
        <w:rPr>
          <w:bCs/>
          <w:lang w:val="cs-CZ"/>
        </w:rPr>
        <w:t xml:space="preserve">. Prokáže-li </w:t>
      </w:r>
      <w:r>
        <w:rPr>
          <w:bCs/>
          <w:lang w:val="cs-CZ"/>
        </w:rPr>
        <w:t>Zhotovitel</w:t>
      </w:r>
      <w:r w:rsidRPr="00AF278F">
        <w:rPr>
          <w:bCs/>
          <w:lang w:val="cs-CZ"/>
        </w:rPr>
        <w:t xml:space="preserve"> následně</w:t>
      </w:r>
      <w:r w:rsidR="00A15B97">
        <w:rPr>
          <w:bCs/>
          <w:lang w:val="cs-CZ"/>
        </w:rPr>
        <w:t xml:space="preserve"> (avšak bez zbytečného odkladu)</w:t>
      </w:r>
      <w:r w:rsidRPr="00AF278F">
        <w:rPr>
          <w:bCs/>
          <w:lang w:val="cs-CZ"/>
        </w:rPr>
        <w:t xml:space="preserve">, že za reklamovanou skutečnost neodpovídá, nahradí mu </w:t>
      </w:r>
      <w:r w:rsidR="00A15B97">
        <w:rPr>
          <w:bCs/>
          <w:lang w:val="cs-CZ"/>
        </w:rPr>
        <w:t>Objednatel</w:t>
      </w:r>
      <w:r w:rsidRPr="00AF278F">
        <w:rPr>
          <w:bCs/>
          <w:lang w:val="cs-CZ"/>
        </w:rPr>
        <w:t xml:space="preserve"> jako výlučný následek rozumně vynaložené náklady na odstranění vady.</w:t>
      </w:r>
    </w:p>
    <w:p w14:paraId="7A4202A3" w14:textId="743E230B" w:rsidR="0077494F" w:rsidRPr="0026347F" w:rsidRDefault="005B651C" w:rsidP="6AE49D30">
      <w:pPr>
        <w:spacing w:after="120" w:line="259" w:lineRule="auto"/>
        <w:rPr>
          <w:szCs w:val="20"/>
          <w:lang w:val="cs-CZ"/>
        </w:rPr>
      </w:pPr>
      <w:r w:rsidRPr="6AE49D30">
        <w:rPr>
          <w:b/>
          <w:bCs/>
          <w:lang w:val="cs-CZ"/>
        </w:rPr>
        <w:t xml:space="preserve">9.4. </w:t>
      </w:r>
      <w:r w:rsidRPr="6AE49D30">
        <w:rPr>
          <w:lang w:val="cs-CZ"/>
        </w:rPr>
        <w:t xml:space="preserve">Zhotovitel je povinen zahájit odstraňování vady bránící provozu Zařízení nebo omezující výrobu do 24 hodin od oznámení Objednatele, pokud se Smluvní strany nedohodnou </w:t>
      </w:r>
      <w:r w:rsidR="00AF278F" w:rsidRPr="6AE49D30">
        <w:rPr>
          <w:lang w:val="cs-CZ"/>
        </w:rPr>
        <w:t xml:space="preserve">písemně </w:t>
      </w:r>
      <w:r w:rsidRPr="6AE49D30">
        <w:rPr>
          <w:lang w:val="cs-CZ"/>
        </w:rPr>
        <w:t>jinak. U ostatních vad je povinen zahájit odstraňování do tří pracovních dnů od oznámení.</w:t>
      </w:r>
      <w:r w:rsidR="61E0E370" w:rsidRPr="6AE49D30">
        <w:rPr>
          <w:lang w:val="cs-CZ"/>
        </w:rPr>
        <w:t xml:space="preserve"> </w:t>
      </w:r>
      <w:r w:rsidR="61E0E370" w:rsidRPr="6AE49D30">
        <w:rPr>
          <w:szCs w:val="20"/>
          <w:lang w:val="cs-CZ"/>
        </w:rPr>
        <w:t xml:space="preserve">V případě prodlení Zhotovitele se zahájením odstraňování vad dle čl. 9.4 této smlouvy je Zhotovitel povinen zaplatit Objednateli smluvní pokutu ve výši </w:t>
      </w:r>
      <w:r w:rsidR="61E0E370" w:rsidRPr="002D4462">
        <w:rPr>
          <w:szCs w:val="20"/>
          <w:lang w:val="cs-CZ"/>
        </w:rPr>
        <w:t xml:space="preserve">0,02 % z </w:t>
      </w:r>
      <w:r w:rsidR="37BAD869" w:rsidRPr="6AE49D30">
        <w:rPr>
          <w:szCs w:val="20"/>
          <w:lang w:val="cs-CZ"/>
        </w:rPr>
        <w:t>C</w:t>
      </w:r>
      <w:r w:rsidR="61E0E370" w:rsidRPr="002D4462">
        <w:rPr>
          <w:szCs w:val="20"/>
          <w:lang w:val="cs-CZ"/>
        </w:rPr>
        <w:t>eny Díla bez DPH za každý</w:t>
      </w:r>
      <w:r w:rsidR="0DDB30B2" w:rsidRPr="6AE49D30">
        <w:rPr>
          <w:szCs w:val="20"/>
          <w:lang w:val="cs-CZ"/>
        </w:rPr>
        <w:t>ch</w:t>
      </w:r>
      <w:r w:rsidR="61E0E370" w:rsidRPr="002D4462">
        <w:rPr>
          <w:szCs w:val="20"/>
          <w:lang w:val="cs-CZ"/>
        </w:rPr>
        <w:t xml:space="preserve"> započatý</w:t>
      </w:r>
      <w:r w:rsidR="41891FF8" w:rsidRPr="6AE49D30">
        <w:rPr>
          <w:szCs w:val="20"/>
          <w:lang w:val="cs-CZ"/>
        </w:rPr>
        <w:t xml:space="preserve">ch 24 hodin </w:t>
      </w:r>
      <w:r w:rsidR="61E0E370" w:rsidRPr="002D4462">
        <w:rPr>
          <w:szCs w:val="20"/>
          <w:lang w:val="cs-CZ"/>
        </w:rPr>
        <w:t>prodlení</w:t>
      </w:r>
      <w:r w:rsidR="61E0E370" w:rsidRPr="6AE49D30">
        <w:rPr>
          <w:szCs w:val="20"/>
          <w:lang w:val="cs-CZ"/>
        </w:rPr>
        <w:t>. Zaplacením smluvní pokuty není dotčeno právo Objednatele na náhradu škody v plném rozsahu.</w:t>
      </w:r>
    </w:p>
    <w:p w14:paraId="516C1895" w14:textId="6270F9B1" w:rsidR="0077494F" w:rsidRPr="0026347F" w:rsidRDefault="005B651C">
      <w:pPr>
        <w:spacing w:after="120" w:line="259" w:lineRule="auto"/>
        <w:rPr>
          <w:lang w:val="cs-CZ"/>
        </w:rPr>
      </w:pPr>
      <w:r w:rsidRPr="0026347F">
        <w:rPr>
          <w:b/>
          <w:lang w:val="cs-CZ"/>
        </w:rPr>
        <w:t xml:space="preserve">9.5. </w:t>
      </w:r>
      <w:r w:rsidRPr="0026347F">
        <w:rPr>
          <w:lang w:val="cs-CZ"/>
        </w:rPr>
        <w:t>Neodstraní-li Zhotovitel vadu ve lhůtě stanovené Objednatelem</w:t>
      </w:r>
      <w:r w:rsidR="00A15B97">
        <w:rPr>
          <w:lang w:val="cs-CZ"/>
        </w:rPr>
        <w:t xml:space="preserve"> (nebo písemně sjednané) nebo je-li zřejmé, že ji Zhotovitel v dané lhůtě neodstraní</w:t>
      </w:r>
      <w:r w:rsidRPr="0026347F">
        <w:rPr>
          <w:lang w:val="cs-CZ"/>
        </w:rPr>
        <w:t>, je Objednatel oprávněn odstranit vadu sám nebo prostřednictvím třetí osoby na náklady Zhotovitele.</w:t>
      </w:r>
    </w:p>
    <w:p w14:paraId="3AF7DF3A" w14:textId="196E6CC5" w:rsidR="0077494F" w:rsidRPr="0026347F" w:rsidRDefault="005B651C">
      <w:pPr>
        <w:spacing w:after="120" w:line="259" w:lineRule="auto"/>
        <w:rPr>
          <w:lang w:val="cs-CZ"/>
        </w:rPr>
      </w:pPr>
      <w:r w:rsidRPr="0026347F">
        <w:rPr>
          <w:b/>
          <w:lang w:val="cs-CZ"/>
        </w:rPr>
        <w:t xml:space="preserve">9.6. </w:t>
      </w:r>
      <w:r w:rsidRPr="0026347F">
        <w:rPr>
          <w:lang w:val="cs-CZ"/>
        </w:rPr>
        <w:t xml:space="preserve">Na vyměněnou nebo nově dodanou část Díla běží nová </w:t>
      </w:r>
      <w:r w:rsidR="00AB2AB0" w:rsidRPr="0026347F">
        <w:rPr>
          <w:lang w:val="cs-CZ"/>
        </w:rPr>
        <w:t>Z</w:t>
      </w:r>
      <w:r w:rsidRPr="0026347F">
        <w:rPr>
          <w:lang w:val="cs-CZ"/>
        </w:rPr>
        <w:t>áruční doba v původní délce ode dne jejího uvedení do provozu.</w:t>
      </w:r>
    </w:p>
    <w:p w14:paraId="523B7867" w14:textId="3C6B083C" w:rsidR="0077494F" w:rsidRDefault="005B651C">
      <w:pPr>
        <w:spacing w:after="120" w:line="259" w:lineRule="auto"/>
        <w:rPr>
          <w:lang w:val="cs-CZ"/>
        </w:rPr>
      </w:pPr>
      <w:r w:rsidRPr="6FB1DBFC">
        <w:rPr>
          <w:b/>
          <w:bCs/>
          <w:lang w:val="cs-CZ"/>
        </w:rPr>
        <w:t xml:space="preserve">9.7. </w:t>
      </w:r>
      <w:r w:rsidRPr="6FB1DBFC">
        <w:rPr>
          <w:lang w:val="cs-CZ"/>
        </w:rPr>
        <w:t xml:space="preserve">Zhotovitel je povinen po dobu Záruční doby a nejméně </w:t>
      </w:r>
      <w:r w:rsidR="003E73F3">
        <w:rPr>
          <w:lang w:val="cs-CZ"/>
        </w:rPr>
        <w:t>1</w:t>
      </w:r>
      <w:r w:rsidRPr="6FB1DBFC">
        <w:rPr>
          <w:lang w:val="cs-CZ"/>
        </w:rPr>
        <w:t>5 let po jejím skončení nabídnout nebo zajistit dodávku náhradních dílů</w:t>
      </w:r>
      <w:r w:rsidR="00F5010F" w:rsidRPr="6FB1DBFC">
        <w:rPr>
          <w:lang w:val="cs-CZ"/>
        </w:rPr>
        <w:t xml:space="preserve"> </w:t>
      </w:r>
      <w:r w:rsidRPr="6FB1DBFC">
        <w:rPr>
          <w:lang w:val="cs-CZ"/>
        </w:rPr>
        <w:t>a dalších komponent nezbytných pro užívání Díla a Zařízení a poskytnout pozáruční servis za přiměřených podmínek</w:t>
      </w:r>
      <w:r w:rsidR="00E73ADA">
        <w:rPr>
          <w:lang w:val="cs-CZ"/>
        </w:rPr>
        <w:t xml:space="preserve"> po dobu </w:t>
      </w:r>
      <w:r w:rsidR="0086413E">
        <w:rPr>
          <w:lang w:val="cs-CZ"/>
        </w:rPr>
        <w:t>nejméně 15 let</w:t>
      </w:r>
      <w:r w:rsidRPr="6FB1DBFC">
        <w:rPr>
          <w:lang w:val="cs-CZ"/>
        </w:rPr>
        <w:t>.</w:t>
      </w:r>
    </w:p>
    <w:p w14:paraId="0B513993" w14:textId="3D50FDAB" w:rsidR="002E6974" w:rsidRDefault="002E6974" w:rsidP="002E6974">
      <w:pPr>
        <w:spacing w:after="120" w:line="259" w:lineRule="auto"/>
        <w:rPr>
          <w:lang w:val="cs-CZ"/>
        </w:rPr>
      </w:pPr>
      <w:r w:rsidRPr="72A900FB">
        <w:rPr>
          <w:b/>
          <w:bCs/>
          <w:lang w:val="cs-CZ"/>
        </w:rPr>
        <w:t xml:space="preserve">9.8. </w:t>
      </w:r>
      <w:r w:rsidRPr="72A900FB">
        <w:rPr>
          <w:lang w:val="cs-CZ"/>
        </w:rPr>
        <w:t xml:space="preserve">Zhotovitel je povinen poskytovat technickou a servisní podporu pro nově dodaný </w:t>
      </w:r>
      <w:r w:rsidR="00B55CA4" w:rsidRPr="72A900FB">
        <w:rPr>
          <w:lang w:val="cs-CZ"/>
        </w:rPr>
        <w:t>automatický zkušební systém</w:t>
      </w:r>
      <w:r w:rsidRPr="72A900FB">
        <w:rPr>
          <w:lang w:val="cs-CZ"/>
        </w:rPr>
        <w:t xml:space="preserve"> </w:t>
      </w:r>
      <w:r w:rsidR="6D110B62" w:rsidRPr="72A900FB">
        <w:rPr>
          <w:lang w:val="cs-CZ"/>
        </w:rPr>
        <w:t>v rozsahu dle přílohy č. 02_05</w:t>
      </w:r>
      <w:r w:rsidRPr="72A900FB">
        <w:rPr>
          <w:lang w:val="cs-CZ"/>
        </w:rPr>
        <w:t xml:space="preserve">. </w:t>
      </w:r>
      <w:r w:rsidR="27FA830C" w:rsidRPr="72A900FB">
        <w:rPr>
          <w:lang w:val="cs-CZ"/>
        </w:rPr>
        <w:t xml:space="preserve">Zhotovitel je povinen zahájit diagnostiku poruchy do 24 hodin od nahlášení. </w:t>
      </w:r>
      <w:r w:rsidRPr="72A900FB">
        <w:rPr>
          <w:lang w:val="cs-CZ"/>
        </w:rPr>
        <w:t xml:space="preserve">V případě </w:t>
      </w:r>
      <w:r w:rsidR="00185BA0" w:rsidRPr="72A900FB">
        <w:rPr>
          <w:lang w:val="cs-CZ"/>
        </w:rPr>
        <w:t xml:space="preserve">dostupnosti </w:t>
      </w:r>
      <w:r w:rsidR="059173E8" w:rsidRPr="72A900FB">
        <w:rPr>
          <w:lang w:val="cs-CZ"/>
        </w:rPr>
        <w:t>náhradních</w:t>
      </w:r>
      <w:r w:rsidR="0071338F" w:rsidRPr="72A900FB">
        <w:rPr>
          <w:lang w:val="cs-CZ"/>
        </w:rPr>
        <w:t xml:space="preserve"> dílů v České republice</w:t>
      </w:r>
      <w:r w:rsidRPr="72A900FB">
        <w:rPr>
          <w:lang w:val="cs-CZ"/>
        </w:rPr>
        <w:t xml:space="preserve"> je zhotovitel povinen zajistit </w:t>
      </w:r>
      <w:r w:rsidR="04689E4D" w:rsidRPr="72A900FB">
        <w:rPr>
          <w:lang w:val="cs-CZ"/>
        </w:rPr>
        <w:t>vzdáleně odstranění</w:t>
      </w:r>
      <w:r w:rsidR="004164D9" w:rsidRPr="72A900FB">
        <w:rPr>
          <w:lang w:val="cs-CZ"/>
        </w:rPr>
        <w:t xml:space="preserve"> poruchy</w:t>
      </w:r>
      <w:r w:rsidRPr="72A900FB">
        <w:rPr>
          <w:lang w:val="cs-CZ"/>
        </w:rPr>
        <w:t xml:space="preserve"> nejpozději do </w:t>
      </w:r>
      <w:r w:rsidR="004164D9" w:rsidRPr="72A900FB">
        <w:rPr>
          <w:lang w:val="cs-CZ"/>
        </w:rPr>
        <w:t xml:space="preserve">48 </w:t>
      </w:r>
      <w:r w:rsidRPr="72A900FB">
        <w:rPr>
          <w:lang w:val="cs-CZ"/>
        </w:rPr>
        <w:t xml:space="preserve">hodin od </w:t>
      </w:r>
      <w:r w:rsidR="008A32A7" w:rsidRPr="72A900FB">
        <w:rPr>
          <w:lang w:val="cs-CZ"/>
        </w:rPr>
        <w:t>její</w:t>
      </w:r>
      <w:r w:rsidR="2CCD7869" w:rsidRPr="72A900FB">
        <w:rPr>
          <w:lang w:val="cs-CZ"/>
        </w:rPr>
        <w:t>ho</w:t>
      </w:r>
      <w:r w:rsidR="008A32A7" w:rsidRPr="72A900FB">
        <w:rPr>
          <w:lang w:val="cs-CZ"/>
        </w:rPr>
        <w:t xml:space="preserve"> </w:t>
      </w:r>
      <w:r w:rsidRPr="72A900FB">
        <w:rPr>
          <w:lang w:val="cs-CZ"/>
        </w:rPr>
        <w:t xml:space="preserve">nahlášení. </w:t>
      </w:r>
      <w:r w:rsidR="00011D17" w:rsidRPr="72A900FB">
        <w:rPr>
          <w:lang w:val="cs-CZ"/>
        </w:rPr>
        <w:t>Nejsou</w:t>
      </w:r>
      <w:r w:rsidRPr="72A900FB">
        <w:rPr>
          <w:lang w:val="cs-CZ"/>
        </w:rPr>
        <w:t xml:space="preserve">-li </w:t>
      </w:r>
      <w:r w:rsidR="000C0A96" w:rsidRPr="72A900FB">
        <w:rPr>
          <w:lang w:val="cs-CZ"/>
        </w:rPr>
        <w:t>náhradní</w:t>
      </w:r>
      <w:r w:rsidR="00011D17" w:rsidRPr="72A900FB">
        <w:rPr>
          <w:lang w:val="cs-CZ"/>
        </w:rPr>
        <w:t xml:space="preserve"> díly dostupné v České republice</w:t>
      </w:r>
      <w:r w:rsidRPr="72A900FB">
        <w:rPr>
          <w:lang w:val="cs-CZ"/>
        </w:rPr>
        <w:t xml:space="preserve">, je zhotovitel povinen zajistit </w:t>
      </w:r>
      <w:r w:rsidR="005F07C7" w:rsidRPr="72A900FB">
        <w:rPr>
          <w:lang w:val="cs-CZ"/>
        </w:rPr>
        <w:t xml:space="preserve">odstranění poruchy do 7 kalendářních dnů </w:t>
      </w:r>
      <w:r w:rsidRPr="72A900FB">
        <w:rPr>
          <w:lang w:val="cs-CZ"/>
        </w:rPr>
        <w:t>od nahlášení.</w:t>
      </w:r>
    </w:p>
    <w:p w14:paraId="635775B9" w14:textId="673E975C" w:rsidR="00184F98" w:rsidRPr="00184F98" w:rsidRDefault="00D45E48" w:rsidP="72A900FB">
      <w:pPr>
        <w:spacing w:after="120" w:line="259" w:lineRule="auto"/>
        <w:rPr>
          <w:lang w:val="cs-CZ"/>
        </w:rPr>
      </w:pPr>
      <w:r w:rsidRPr="72A900FB">
        <w:rPr>
          <w:b/>
          <w:bCs/>
          <w:lang w:val="cs-CZ"/>
        </w:rPr>
        <w:t>9.</w:t>
      </w:r>
      <w:r w:rsidR="002E6974" w:rsidRPr="72A900FB">
        <w:rPr>
          <w:b/>
          <w:bCs/>
          <w:lang w:val="cs-CZ"/>
        </w:rPr>
        <w:t>9</w:t>
      </w:r>
      <w:r w:rsidRPr="72A900FB">
        <w:rPr>
          <w:b/>
          <w:bCs/>
          <w:lang w:val="cs-CZ"/>
        </w:rPr>
        <w:t>.</w:t>
      </w:r>
      <w:r w:rsidRPr="72A900FB">
        <w:rPr>
          <w:lang w:val="cs-CZ"/>
        </w:rPr>
        <w:t xml:space="preserve"> </w:t>
      </w:r>
      <w:r w:rsidR="00184F98" w:rsidRPr="72A900FB">
        <w:rPr>
          <w:lang w:val="cs-CZ"/>
        </w:rPr>
        <w:t xml:space="preserve">Zhotovitel je povinen nejpozději při podpisu této smlouvy předložit objednateli doklad o uzavření platné pojistné smlouvy na pojištění odpovědnosti za škodu způsobenou třetím osobám při provozní činnosti, a to s minimálním limitem pojistného plnění ve výši </w:t>
      </w:r>
      <w:r w:rsidR="002D4462">
        <w:rPr>
          <w:lang w:val="cs-CZ"/>
        </w:rPr>
        <w:t>nejméně 200 000 EUR</w:t>
      </w:r>
      <w:r w:rsidR="002D4462" w:rsidRPr="72A900FB">
        <w:rPr>
          <w:lang w:val="cs-CZ"/>
        </w:rPr>
        <w:t xml:space="preserve"> </w:t>
      </w:r>
      <w:r w:rsidR="00184F98" w:rsidRPr="72A900FB">
        <w:rPr>
          <w:lang w:val="cs-CZ"/>
        </w:rPr>
        <w:t>na jednu pojistnou událost; toto pojištění musí být uzavřeno u renomované pojišťovny se sídlem v některém z členských států Evropské unie, popř. Evropského sdružení volného obchodu. Zhotovitel se zavazuje udržovat toto pojištění v platnosti a účinnosti po celou dobu trvání této smlouvy. Zhotovitel je povinen na žádost objednatele kdykoli bez zbytečného odkladu doložit existenci a rozsah pojištění, jakož i předkládat potvrzení o řádném a včasném zaplacení pojistného.</w:t>
      </w:r>
      <w:r w:rsidR="163129A8" w:rsidRPr="72A900FB">
        <w:rPr>
          <w:lang w:val="cs-CZ"/>
        </w:rPr>
        <w:t xml:space="preserve"> </w:t>
      </w:r>
      <w:r w:rsidR="163129A8" w:rsidRPr="7D1150A6">
        <w:rPr>
          <w:lang w:val="cs-CZ"/>
        </w:rPr>
        <w:t>Je-li limit pojistného plnění sjednán v jiné měně, použije se pro přepočet na české koruny kurz České národní banky platný ke dni předložení pojistné smlouvy Objednateli.</w:t>
      </w:r>
    </w:p>
    <w:p w14:paraId="231FCA94" w14:textId="2957E368" w:rsidR="00D45E48" w:rsidRPr="0026347F" w:rsidRDefault="00D45E48">
      <w:pPr>
        <w:spacing w:after="120" w:line="259" w:lineRule="auto"/>
        <w:rPr>
          <w:lang w:val="cs-CZ"/>
        </w:rPr>
      </w:pPr>
    </w:p>
    <w:p w14:paraId="4E86FA6F" w14:textId="48E4E027" w:rsidR="0077494F" w:rsidRPr="0026347F" w:rsidRDefault="005B651C" w:rsidP="72A900FB">
      <w:pPr>
        <w:spacing w:before="240" w:after="120"/>
        <w:rPr>
          <w:b/>
          <w:bCs/>
          <w:sz w:val="28"/>
          <w:szCs w:val="28"/>
          <w:lang w:val="cs-CZ"/>
        </w:rPr>
      </w:pPr>
      <w:r w:rsidRPr="72A900FB">
        <w:rPr>
          <w:b/>
          <w:bCs/>
          <w:sz w:val="28"/>
          <w:szCs w:val="28"/>
          <w:lang w:val="cs-CZ"/>
        </w:rPr>
        <w:t>10. Přechod vlastnického práva a nebezpečí škody</w:t>
      </w:r>
    </w:p>
    <w:p w14:paraId="2B424732" w14:textId="77777777" w:rsidR="0077494F" w:rsidRPr="0026347F" w:rsidRDefault="005B651C">
      <w:pPr>
        <w:spacing w:after="120" w:line="259" w:lineRule="auto"/>
        <w:rPr>
          <w:lang w:val="cs-CZ"/>
        </w:rPr>
      </w:pPr>
      <w:r w:rsidRPr="0026347F">
        <w:rPr>
          <w:b/>
          <w:lang w:val="cs-CZ"/>
        </w:rPr>
        <w:t xml:space="preserve">10.1. </w:t>
      </w:r>
      <w:r w:rsidRPr="0026347F">
        <w:rPr>
          <w:lang w:val="cs-CZ"/>
        </w:rPr>
        <w:t>Vlastnické právo k materiálům, dodávkám zařízení a materiálně zachytitelným výsledkům prací přechází ze Zhotovitele na Objednatele okamžikem jejich dodání do místa plnění, provedením, poskytnutím, předáním nebo zaplacením, podle toho, která skutečnost nastane dříve.</w:t>
      </w:r>
    </w:p>
    <w:p w14:paraId="28B21EF5" w14:textId="77777777" w:rsidR="0077494F" w:rsidRPr="0026347F" w:rsidRDefault="005B651C">
      <w:pPr>
        <w:spacing w:after="120" w:line="259" w:lineRule="auto"/>
        <w:rPr>
          <w:lang w:val="cs-CZ"/>
        </w:rPr>
      </w:pPr>
      <w:r w:rsidRPr="0026347F">
        <w:rPr>
          <w:b/>
          <w:lang w:val="cs-CZ"/>
        </w:rPr>
        <w:t xml:space="preserve">10.2. </w:t>
      </w:r>
      <w:r w:rsidRPr="0026347F">
        <w:rPr>
          <w:lang w:val="cs-CZ"/>
        </w:rPr>
        <w:t>Bez ohledu na přechod vlastnictví nese Zhotovitel až do podpisu Předávacího protokolu nebezpečí škody na Díle, Zařízení a jeho částech dotčených prováděním Díla.</w:t>
      </w:r>
    </w:p>
    <w:p w14:paraId="545A7605" w14:textId="77777777" w:rsidR="0077494F" w:rsidRPr="0026347F" w:rsidRDefault="005B651C">
      <w:pPr>
        <w:spacing w:after="120" w:line="259" w:lineRule="auto"/>
        <w:rPr>
          <w:lang w:val="cs-CZ"/>
        </w:rPr>
      </w:pPr>
      <w:r w:rsidRPr="0026347F">
        <w:rPr>
          <w:b/>
          <w:lang w:val="cs-CZ"/>
        </w:rPr>
        <w:t xml:space="preserve">10.3. </w:t>
      </w:r>
      <w:r w:rsidRPr="0026347F">
        <w:rPr>
          <w:lang w:val="cs-CZ"/>
        </w:rPr>
        <w:t>Zhotovitel napraví na své náklady jakoukoli škodu, která vznikne na Díle, Zařízení nebo majetku Objednatele v souvislosti s prováděním Díla, pokud za ni odpovídá Zhotovitel, jeho zaměstnanci, pracovníci, poddodavatelé nebo jiné osoby na jeho straně.</w:t>
      </w:r>
    </w:p>
    <w:p w14:paraId="2D6E6F91" w14:textId="77777777" w:rsidR="0077494F" w:rsidRPr="0026347F" w:rsidRDefault="005B651C">
      <w:pPr>
        <w:spacing w:before="240" w:after="120"/>
        <w:rPr>
          <w:lang w:val="cs-CZ"/>
        </w:rPr>
      </w:pPr>
      <w:r w:rsidRPr="0026347F">
        <w:rPr>
          <w:b/>
          <w:sz w:val="28"/>
          <w:lang w:val="cs-CZ"/>
        </w:rPr>
        <w:t>11. Práva duševního vlastnictví</w:t>
      </w:r>
    </w:p>
    <w:p w14:paraId="00BAC7AD" w14:textId="77777777" w:rsidR="0077494F" w:rsidRPr="0026347F" w:rsidRDefault="005B651C">
      <w:pPr>
        <w:spacing w:after="120" w:line="259" w:lineRule="auto"/>
        <w:rPr>
          <w:lang w:val="cs-CZ"/>
        </w:rPr>
      </w:pPr>
      <w:r w:rsidRPr="0026347F">
        <w:rPr>
          <w:b/>
          <w:lang w:val="cs-CZ"/>
        </w:rPr>
        <w:lastRenderedPageBreak/>
        <w:t xml:space="preserve">11.1. </w:t>
      </w:r>
      <w:r w:rsidRPr="0026347F">
        <w:rPr>
          <w:lang w:val="cs-CZ"/>
        </w:rPr>
        <w:t>Zhotovitel prohlašuje, že plnění poskytovaná podle této Smlouvy neporušují práva duševního vlastnictví třetích osob.</w:t>
      </w:r>
    </w:p>
    <w:p w14:paraId="188ADB97" w14:textId="16D9B801" w:rsidR="0077494F" w:rsidRPr="0026347F" w:rsidRDefault="005B651C">
      <w:pPr>
        <w:spacing w:after="120" w:line="259" w:lineRule="auto"/>
        <w:rPr>
          <w:lang w:val="cs-CZ"/>
        </w:rPr>
      </w:pPr>
      <w:r w:rsidRPr="6AE49D30">
        <w:rPr>
          <w:b/>
          <w:bCs/>
          <w:lang w:val="cs-CZ"/>
        </w:rPr>
        <w:t xml:space="preserve">11.2. </w:t>
      </w:r>
      <w:r w:rsidRPr="6AE49D30">
        <w:rPr>
          <w:lang w:val="cs-CZ"/>
        </w:rPr>
        <w:t xml:space="preserve">Vzniknou-li při plnění Díla autorská díla, technická řešení, software, dokumentace, know-how nebo jiné předměty práv duševního vlastnictví, poskytuje Zhotovitel Objednateli oprávnění </w:t>
      </w:r>
      <w:r w:rsidR="00A15B97" w:rsidRPr="6AE49D30">
        <w:rPr>
          <w:lang w:val="cs-CZ"/>
        </w:rPr>
        <w:t xml:space="preserve">(licenci) </w:t>
      </w:r>
      <w:r w:rsidRPr="6AE49D30">
        <w:rPr>
          <w:lang w:val="cs-CZ"/>
        </w:rPr>
        <w:t>k jejich užití v rozsahu nezbytném pro provoz, údržbu, servis, opravy, úpravy a další rozvoj Zařízení.</w:t>
      </w:r>
      <w:r w:rsidR="6D6DA65F" w:rsidRPr="6AE49D30">
        <w:rPr>
          <w:lang w:val="cs-CZ"/>
        </w:rPr>
        <w:t xml:space="preserve"> </w:t>
      </w:r>
      <w:r w:rsidR="00A15B97" w:rsidRPr="6AE49D30">
        <w:rPr>
          <w:lang w:val="cs-CZ"/>
        </w:rPr>
        <w:t xml:space="preserve">Tato licence poskytována jako nevýhradní, časově minimálně po dobu životnosti </w:t>
      </w:r>
      <w:r w:rsidR="6DCD5C96" w:rsidRPr="6AE49D30">
        <w:rPr>
          <w:lang w:val="cs-CZ"/>
        </w:rPr>
        <w:t>Z</w:t>
      </w:r>
      <w:r w:rsidR="00A15B97" w:rsidRPr="6AE49D30">
        <w:rPr>
          <w:lang w:val="cs-CZ"/>
        </w:rPr>
        <w:t>ařízení, územně pro celý svět, v rozsahu nezbytném pro provoz zařízení. Licence je převoditelná se Zařízením, resp. s jeho částí.</w:t>
      </w:r>
    </w:p>
    <w:p w14:paraId="2216FBFC" w14:textId="77777777" w:rsidR="0077494F" w:rsidRPr="0026347F" w:rsidRDefault="005B651C">
      <w:pPr>
        <w:spacing w:after="120" w:line="259" w:lineRule="auto"/>
        <w:rPr>
          <w:lang w:val="cs-CZ"/>
        </w:rPr>
      </w:pPr>
      <w:r w:rsidRPr="0026347F">
        <w:rPr>
          <w:b/>
          <w:lang w:val="cs-CZ"/>
        </w:rPr>
        <w:t xml:space="preserve">11.3. </w:t>
      </w:r>
      <w:r w:rsidRPr="0026347F">
        <w:rPr>
          <w:lang w:val="cs-CZ"/>
        </w:rPr>
        <w:t>Odměna za poskytnutí práv dle tohoto článku je zahrnuta v Ceně díla.</w:t>
      </w:r>
    </w:p>
    <w:p w14:paraId="66CDC681" w14:textId="77777777" w:rsidR="0077494F" w:rsidRPr="0026347F" w:rsidRDefault="005B651C">
      <w:pPr>
        <w:spacing w:after="120" w:line="259" w:lineRule="auto"/>
        <w:rPr>
          <w:lang w:val="cs-CZ"/>
        </w:rPr>
      </w:pPr>
      <w:r w:rsidRPr="0026347F">
        <w:rPr>
          <w:b/>
          <w:lang w:val="cs-CZ"/>
        </w:rPr>
        <w:t xml:space="preserve">11.4. </w:t>
      </w:r>
      <w:r w:rsidRPr="0026347F">
        <w:rPr>
          <w:lang w:val="cs-CZ"/>
        </w:rPr>
        <w:t>Uplatní-li třetí osoba vůči Objednateli nárok z důvodu porušení práv duševního vlastnictví v souvislosti s Dílem, je Zhotovitel povinen na své náklady zajistit právní ochranu Objednatele a nahradit Objednateli veškerou újmu.</w:t>
      </w:r>
    </w:p>
    <w:p w14:paraId="7F451DC9" w14:textId="77777777" w:rsidR="0077494F" w:rsidRPr="0026347F" w:rsidRDefault="005B651C">
      <w:pPr>
        <w:spacing w:before="240" w:after="120"/>
        <w:rPr>
          <w:lang w:val="cs-CZ"/>
        </w:rPr>
      </w:pPr>
      <w:r w:rsidRPr="0026347F">
        <w:rPr>
          <w:b/>
          <w:sz w:val="28"/>
          <w:lang w:val="cs-CZ"/>
        </w:rPr>
        <w:t>12. Důvěrnost informací</w:t>
      </w:r>
    </w:p>
    <w:p w14:paraId="1994A527" w14:textId="632EEE0F" w:rsidR="0077494F" w:rsidRPr="0026347F" w:rsidRDefault="005B651C">
      <w:pPr>
        <w:spacing w:after="120" w:line="259" w:lineRule="auto"/>
        <w:rPr>
          <w:lang w:val="cs-CZ"/>
        </w:rPr>
      </w:pPr>
      <w:r w:rsidRPr="728E116E">
        <w:rPr>
          <w:b/>
          <w:bCs/>
          <w:lang w:val="cs-CZ"/>
        </w:rPr>
        <w:t xml:space="preserve">12.1. </w:t>
      </w:r>
      <w:r w:rsidRPr="728E116E">
        <w:rPr>
          <w:lang w:val="cs-CZ"/>
        </w:rPr>
        <w:t>Zhotovitel je povinen zachovávat mlčenlivost o všech skutečnostech, které se dozví v souvislosti s touto Smlouvou, zejména o technických, provozních, obchodních, logistických a bezpečnostních informacích Objednatele</w:t>
      </w:r>
      <w:r w:rsidR="00A15B97" w:rsidRPr="728E116E">
        <w:rPr>
          <w:lang w:val="cs-CZ"/>
        </w:rPr>
        <w:t xml:space="preserve"> („</w:t>
      </w:r>
      <w:r w:rsidR="00A15B97" w:rsidRPr="728E116E">
        <w:rPr>
          <w:b/>
          <w:bCs/>
          <w:lang w:val="cs-CZ"/>
        </w:rPr>
        <w:t>Důvěrné informace</w:t>
      </w:r>
      <w:r w:rsidR="00A15B97" w:rsidRPr="728E116E">
        <w:rPr>
          <w:lang w:val="cs-CZ"/>
        </w:rPr>
        <w:t>“)</w:t>
      </w:r>
      <w:r w:rsidRPr="728E116E">
        <w:rPr>
          <w:lang w:val="cs-CZ"/>
        </w:rPr>
        <w:t>.</w:t>
      </w:r>
      <w:r w:rsidR="00A15B97" w:rsidRPr="728E116E">
        <w:rPr>
          <w:lang w:val="cs-CZ"/>
        </w:rPr>
        <w:t xml:space="preserve"> Důvěrné informace však nezahrnují takové skutečnosti, které jsou běžně veřejně dostupné jinak než porušením povinností Zhotovitele nebo k jejichž sdělení Objed</w:t>
      </w:r>
      <w:r w:rsidR="4CD69445" w:rsidRPr="728E116E">
        <w:rPr>
          <w:lang w:val="cs-CZ"/>
        </w:rPr>
        <w:t>n</w:t>
      </w:r>
      <w:r w:rsidR="00A15B97" w:rsidRPr="728E116E">
        <w:rPr>
          <w:lang w:val="cs-CZ"/>
        </w:rPr>
        <w:t>atel udělil výslovný písemný souhlas.</w:t>
      </w:r>
    </w:p>
    <w:p w14:paraId="769089D4" w14:textId="4E6450D5" w:rsidR="0077494F" w:rsidRPr="0026347F" w:rsidRDefault="005B651C">
      <w:pPr>
        <w:spacing w:after="120" w:line="259" w:lineRule="auto"/>
        <w:rPr>
          <w:lang w:val="cs-CZ"/>
        </w:rPr>
      </w:pPr>
      <w:r w:rsidRPr="0026347F">
        <w:rPr>
          <w:b/>
          <w:lang w:val="cs-CZ"/>
        </w:rPr>
        <w:t xml:space="preserve">12.2. </w:t>
      </w:r>
      <w:r w:rsidRPr="0026347F">
        <w:rPr>
          <w:lang w:val="cs-CZ"/>
        </w:rPr>
        <w:t>Důvěrné informace nesmí Zhotovitel použít jinak než pro účely plnění této Smlouvy a nesmí je zpřístupnit třetí osobě bez předchozího písemného souhlasu Objednatele, s výjimkou osob, které jsou vázány povinností mlčenlivosti alespoň ve stejném rozsahu</w:t>
      </w:r>
      <w:r w:rsidR="00A15B97">
        <w:rPr>
          <w:lang w:val="cs-CZ"/>
        </w:rPr>
        <w:t xml:space="preserve"> </w:t>
      </w:r>
      <w:r w:rsidR="00A15B97" w:rsidRPr="00A15B97">
        <w:rPr>
          <w:lang w:val="cs-CZ"/>
        </w:rPr>
        <w:t>a s výjimkou případů, které stanoví zákon</w:t>
      </w:r>
      <w:r w:rsidRPr="0026347F">
        <w:rPr>
          <w:lang w:val="cs-CZ"/>
        </w:rPr>
        <w:t>.</w:t>
      </w:r>
    </w:p>
    <w:p w14:paraId="220480DB" w14:textId="77777777" w:rsidR="0077494F" w:rsidRPr="0026347F" w:rsidRDefault="005B651C">
      <w:pPr>
        <w:spacing w:after="120" w:line="259" w:lineRule="auto"/>
        <w:rPr>
          <w:lang w:val="cs-CZ"/>
        </w:rPr>
      </w:pPr>
      <w:r w:rsidRPr="0026347F">
        <w:rPr>
          <w:b/>
          <w:lang w:val="cs-CZ"/>
        </w:rPr>
        <w:t xml:space="preserve">12.3. </w:t>
      </w:r>
      <w:r w:rsidRPr="0026347F">
        <w:rPr>
          <w:lang w:val="cs-CZ"/>
        </w:rPr>
        <w:t>Povinnost mlčenlivosti trvá i po ukončení této Smlouvy.</w:t>
      </w:r>
    </w:p>
    <w:p w14:paraId="0E740E49" w14:textId="28F52202" w:rsidR="0077494F" w:rsidRPr="00A15B97" w:rsidRDefault="005B651C">
      <w:pPr>
        <w:spacing w:before="240" w:after="120"/>
        <w:rPr>
          <w:lang w:val="cs-CZ"/>
        </w:rPr>
      </w:pPr>
      <w:r w:rsidRPr="00A15B97">
        <w:rPr>
          <w:b/>
          <w:sz w:val="28"/>
          <w:lang w:val="cs-CZ"/>
        </w:rPr>
        <w:t>1</w:t>
      </w:r>
      <w:r w:rsidR="000F5719" w:rsidRPr="00A15B97">
        <w:rPr>
          <w:b/>
          <w:sz w:val="28"/>
          <w:lang w:val="cs-CZ"/>
        </w:rPr>
        <w:t>3</w:t>
      </w:r>
      <w:r w:rsidRPr="00A15B97">
        <w:rPr>
          <w:b/>
          <w:sz w:val="28"/>
          <w:lang w:val="cs-CZ"/>
        </w:rPr>
        <w:t>. Smluvní pokuty a penále</w:t>
      </w:r>
    </w:p>
    <w:p w14:paraId="0751A07D" w14:textId="16CD24C5" w:rsidR="0077494F" w:rsidRPr="00EA1520" w:rsidRDefault="000F5719">
      <w:pPr>
        <w:spacing w:after="120" w:line="259" w:lineRule="auto"/>
        <w:rPr>
          <w:lang w:val="cs-CZ"/>
        </w:rPr>
      </w:pPr>
      <w:r w:rsidRPr="6AE49D30">
        <w:rPr>
          <w:b/>
          <w:bCs/>
          <w:lang w:val="cs-CZ"/>
        </w:rPr>
        <w:t xml:space="preserve">13.1. </w:t>
      </w:r>
      <w:r w:rsidR="5707CA02" w:rsidRPr="002D4462">
        <w:rPr>
          <w:szCs w:val="20"/>
          <w:lang w:val="cs-CZ"/>
        </w:rPr>
        <w:t>V případě prodlení Zhotovitele s provedením Díla je Zhotovitel povinen zaplatit Objednateli smluvní pokutu ve výši 0,</w:t>
      </w:r>
      <w:r w:rsidR="5707CA02" w:rsidRPr="6AE49D30">
        <w:rPr>
          <w:szCs w:val="20"/>
          <w:lang w:val="cs-CZ"/>
        </w:rPr>
        <w:t>1</w:t>
      </w:r>
      <w:r w:rsidR="5707CA02" w:rsidRPr="002D4462">
        <w:rPr>
          <w:szCs w:val="20"/>
          <w:lang w:val="cs-CZ"/>
        </w:rPr>
        <w:t xml:space="preserve"> % z </w:t>
      </w:r>
      <w:r w:rsidR="7AB54CDD" w:rsidRPr="6AE49D30">
        <w:rPr>
          <w:szCs w:val="20"/>
          <w:lang w:val="cs-CZ"/>
        </w:rPr>
        <w:t>C</w:t>
      </w:r>
      <w:r w:rsidR="5707CA02" w:rsidRPr="002D4462">
        <w:rPr>
          <w:szCs w:val="20"/>
          <w:lang w:val="cs-CZ"/>
        </w:rPr>
        <w:t xml:space="preserve">eny Díla bez DPH za každý započatý </w:t>
      </w:r>
      <w:r w:rsidR="5707CA02" w:rsidRPr="6AE49D30">
        <w:rPr>
          <w:szCs w:val="20"/>
          <w:lang w:val="cs-CZ"/>
        </w:rPr>
        <w:t>tý</w:t>
      </w:r>
      <w:r w:rsidR="5707CA02" w:rsidRPr="002D4462">
        <w:rPr>
          <w:szCs w:val="20"/>
          <w:lang w:val="cs-CZ"/>
        </w:rPr>
        <w:t>den prodlení.</w:t>
      </w:r>
    </w:p>
    <w:p w14:paraId="499E14F9" w14:textId="411EF708" w:rsidR="0077494F" w:rsidRPr="00A15B97" w:rsidRDefault="1176CD72" w:rsidP="6AE49D30">
      <w:pPr>
        <w:spacing w:after="120" w:line="259" w:lineRule="auto"/>
        <w:rPr>
          <w:b/>
          <w:bCs/>
          <w:szCs w:val="20"/>
          <w:lang w:val="cs-CZ"/>
        </w:rPr>
      </w:pPr>
      <w:r w:rsidRPr="6AE49D30">
        <w:rPr>
          <w:b/>
          <w:bCs/>
          <w:lang w:val="cs-CZ"/>
        </w:rPr>
        <w:t>13.2</w:t>
      </w:r>
      <w:r w:rsidR="39A149BF" w:rsidRPr="6AE49D30">
        <w:rPr>
          <w:b/>
          <w:bCs/>
          <w:lang w:val="cs-CZ"/>
        </w:rPr>
        <w:t xml:space="preserve">. </w:t>
      </w:r>
      <w:r w:rsidR="39A149BF" w:rsidRPr="002D4462">
        <w:rPr>
          <w:szCs w:val="20"/>
          <w:lang w:val="cs-CZ"/>
        </w:rPr>
        <w:t xml:space="preserve">Přesáhne-li doba Omezení provozu mechanické zkušebny dobu 60 kalendářních dnů z důvodů ležících na straně Zhotovitele, je Zhotovitel povinen zaplatit Objednateli smluvní pokutu ve výši 0,02 % z </w:t>
      </w:r>
      <w:r w:rsidR="1CB8CC9A" w:rsidRPr="6AE49D30">
        <w:rPr>
          <w:szCs w:val="20"/>
          <w:lang w:val="cs-CZ"/>
        </w:rPr>
        <w:t>C</w:t>
      </w:r>
      <w:r w:rsidR="39A149BF" w:rsidRPr="002D4462">
        <w:rPr>
          <w:szCs w:val="20"/>
          <w:lang w:val="cs-CZ"/>
        </w:rPr>
        <w:t>eny díla bez DPH za každ</w:t>
      </w:r>
      <w:r w:rsidR="2FB5356F" w:rsidRPr="6AE49D30">
        <w:rPr>
          <w:szCs w:val="20"/>
          <w:lang w:val="cs-CZ"/>
        </w:rPr>
        <w:t>ý</w:t>
      </w:r>
      <w:r w:rsidR="39A149BF" w:rsidRPr="002D4462">
        <w:rPr>
          <w:szCs w:val="20"/>
          <w:lang w:val="cs-CZ"/>
        </w:rPr>
        <w:t xml:space="preserve"> započatý den, o který bude doba Omezení provozu mechanické zkušebny překročena.</w:t>
      </w:r>
    </w:p>
    <w:p w14:paraId="3D360630" w14:textId="085D1076" w:rsidR="0077494F" w:rsidRPr="00A15B97" w:rsidRDefault="005B651C">
      <w:pPr>
        <w:spacing w:after="120" w:line="259" w:lineRule="auto"/>
        <w:rPr>
          <w:lang w:val="cs-CZ"/>
        </w:rPr>
      </w:pPr>
      <w:r w:rsidRPr="6AE49D30">
        <w:rPr>
          <w:b/>
          <w:bCs/>
          <w:lang w:val="cs-CZ"/>
        </w:rPr>
        <w:t>1</w:t>
      </w:r>
      <w:r w:rsidR="000F5719" w:rsidRPr="6AE49D30">
        <w:rPr>
          <w:b/>
          <w:bCs/>
          <w:lang w:val="cs-CZ"/>
        </w:rPr>
        <w:t>3</w:t>
      </w:r>
      <w:r w:rsidRPr="6AE49D30">
        <w:rPr>
          <w:b/>
          <w:bCs/>
          <w:lang w:val="cs-CZ"/>
        </w:rPr>
        <w:t>.</w:t>
      </w:r>
      <w:r w:rsidR="0961B766" w:rsidRPr="6AE49D30">
        <w:rPr>
          <w:b/>
          <w:bCs/>
          <w:lang w:val="cs-CZ"/>
        </w:rPr>
        <w:t>3</w:t>
      </w:r>
      <w:r w:rsidRPr="6AE49D30">
        <w:rPr>
          <w:b/>
          <w:bCs/>
          <w:lang w:val="cs-CZ"/>
        </w:rPr>
        <w:t xml:space="preserve">. </w:t>
      </w:r>
      <w:r w:rsidRPr="6AE49D30">
        <w:rPr>
          <w:lang w:val="cs-CZ"/>
        </w:rPr>
        <w:t>Zaplacením smluvní pokuty není dotčeno právo Objednatele na náhradu škody v plné výši ani povinnost Zhotovitele splnit povinnost, jejíž porušení bylo smluvní pokutou sankcionováno.</w:t>
      </w:r>
    </w:p>
    <w:p w14:paraId="5C9846FD" w14:textId="58A1ABD1" w:rsidR="0077494F" w:rsidRPr="0026347F" w:rsidRDefault="005B651C">
      <w:pPr>
        <w:spacing w:after="120" w:line="259" w:lineRule="auto"/>
        <w:rPr>
          <w:lang w:val="cs-CZ"/>
        </w:rPr>
      </w:pPr>
      <w:r w:rsidRPr="6AE49D30">
        <w:rPr>
          <w:b/>
          <w:bCs/>
          <w:lang w:val="cs-CZ"/>
        </w:rPr>
        <w:t>1</w:t>
      </w:r>
      <w:r w:rsidR="000F5719" w:rsidRPr="6AE49D30">
        <w:rPr>
          <w:b/>
          <w:bCs/>
          <w:lang w:val="cs-CZ"/>
        </w:rPr>
        <w:t>3</w:t>
      </w:r>
      <w:r w:rsidRPr="6AE49D30">
        <w:rPr>
          <w:b/>
          <w:bCs/>
          <w:lang w:val="cs-CZ"/>
        </w:rPr>
        <w:t>.</w:t>
      </w:r>
      <w:r w:rsidR="62A04315" w:rsidRPr="6AE49D30">
        <w:rPr>
          <w:b/>
          <w:bCs/>
          <w:lang w:val="cs-CZ"/>
        </w:rPr>
        <w:t>4</w:t>
      </w:r>
      <w:r w:rsidRPr="6AE49D30">
        <w:rPr>
          <w:b/>
          <w:bCs/>
          <w:lang w:val="cs-CZ"/>
        </w:rPr>
        <w:t xml:space="preserve">. </w:t>
      </w:r>
      <w:r w:rsidRPr="6AE49D30">
        <w:rPr>
          <w:lang w:val="cs-CZ"/>
        </w:rPr>
        <w:t>Objednatel je oprávněn smluvní pokuty započíst proti jakékoli pohledávce Zhotovitele za Objednatelem.</w:t>
      </w:r>
    </w:p>
    <w:p w14:paraId="27DE77B3" w14:textId="77777777" w:rsidR="00F5010F" w:rsidRPr="0026347F" w:rsidRDefault="00F5010F">
      <w:pPr>
        <w:spacing w:before="240" w:after="120"/>
        <w:rPr>
          <w:b/>
          <w:sz w:val="28"/>
          <w:lang w:val="cs-CZ"/>
        </w:rPr>
      </w:pPr>
    </w:p>
    <w:p w14:paraId="58E832CC" w14:textId="48E8F2B7" w:rsidR="0077494F" w:rsidRPr="0026347F" w:rsidRDefault="005B651C">
      <w:pPr>
        <w:spacing w:before="240" w:after="120"/>
        <w:rPr>
          <w:lang w:val="cs-CZ"/>
        </w:rPr>
      </w:pPr>
      <w:r w:rsidRPr="0026347F">
        <w:rPr>
          <w:b/>
          <w:sz w:val="28"/>
          <w:lang w:val="cs-CZ"/>
        </w:rPr>
        <w:t>1</w:t>
      </w:r>
      <w:r w:rsidR="00BE03A9" w:rsidRPr="0026347F">
        <w:rPr>
          <w:b/>
          <w:sz w:val="28"/>
          <w:lang w:val="cs-CZ"/>
        </w:rPr>
        <w:t>4</w:t>
      </w:r>
      <w:r w:rsidRPr="0026347F">
        <w:rPr>
          <w:b/>
          <w:sz w:val="28"/>
          <w:lang w:val="cs-CZ"/>
        </w:rPr>
        <w:t>. Odstoupení od Smlouvy</w:t>
      </w:r>
    </w:p>
    <w:p w14:paraId="5EF1A29C" w14:textId="2BB4362A" w:rsidR="0077494F" w:rsidRPr="0026347F" w:rsidRDefault="005B651C">
      <w:pPr>
        <w:spacing w:after="120" w:line="259" w:lineRule="auto"/>
        <w:rPr>
          <w:lang w:val="cs-CZ"/>
        </w:rPr>
      </w:pPr>
      <w:r w:rsidRPr="0026347F">
        <w:rPr>
          <w:b/>
          <w:lang w:val="cs-CZ"/>
        </w:rPr>
        <w:t>1</w:t>
      </w:r>
      <w:r w:rsidR="00BE03A9" w:rsidRPr="0026347F">
        <w:rPr>
          <w:b/>
          <w:lang w:val="cs-CZ"/>
        </w:rPr>
        <w:t>4</w:t>
      </w:r>
      <w:r w:rsidRPr="0026347F">
        <w:rPr>
          <w:b/>
          <w:lang w:val="cs-CZ"/>
        </w:rPr>
        <w:t xml:space="preserve">.1. </w:t>
      </w:r>
      <w:r w:rsidRPr="0026347F">
        <w:rPr>
          <w:lang w:val="cs-CZ"/>
        </w:rPr>
        <w:t>Kterákoli Smluvní strana je oprávněna odstoupit od Smlouvy v případech stanovených zákonem nebo touto Smlouvou.</w:t>
      </w:r>
    </w:p>
    <w:p w14:paraId="76F82717" w14:textId="5C3AC590" w:rsidR="0077494F" w:rsidRPr="0026347F" w:rsidRDefault="005B651C">
      <w:pPr>
        <w:spacing w:after="120" w:line="259" w:lineRule="auto"/>
        <w:rPr>
          <w:lang w:val="cs-CZ"/>
        </w:rPr>
      </w:pPr>
      <w:r w:rsidRPr="6AE49D30">
        <w:rPr>
          <w:b/>
          <w:bCs/>
          <w:lang w:val="cs-CZ"/>
        </w:rPr>
        <w:t>1</w:t>
      </w:r>
      <w:r w:rsidR="00BE03A9" w:rsidRPr="6AE49D30">
        <w:rPr>
          <w:b/>
          <w:bCs/>
          <w:lang w:val="cs-CZ"/>
        </w:rPr>
        <w:t>4</w:t>
      </w:r>
      <w:r w:rsidRPr="6AE49D30">
        <w:rPr>
          <w:b/>
          <w:bCs/>
          <w:lang w:val="cs-CZ"/>
        </w:rPr>
        <w:t xml:space="preserve">.2. </w:t>
      </w:r>
      <w:r w:rsidRPr="6AE49D30">
        <w:rPr>
          <w:lang w:val="cs-CZ"/>
        </w:rPr>
        <w:t xml:space="preserve">Objednatel je oprávněn odstoupit od Smlouvy zejména v případě, že Zhotovitel je v prodlení s provedením Díla nebo s dílčím termínem o více než 30 kalendářních dnů, Dílo nesplní </w:t>
      </w:r>
      <w:r w:rsidR="56D949D6" w:rsidRPr="6AE49D30">
        <w:rPr>
          <w:lang w:val="cs-CZ"/>
        </w:rPr>
        <w:t>Garančně-</w:t>
      </w:r>
      <w:r w:rsidRPr="6AE49D30">
        <w:rPr>
          <w:lang w:val="cs-CZ"/>
        </w:rPr>
        <w:t>výkonnostní test ani po opakovaném pokusu, Dílo vykazuje vady bránící bezpečnému nebo řádnému užívání a Zhotovitel je neodstraní ani v dodatečné lhůtě, Zhotovitel podstatně poruší bezpečnostní nebo technologické povinnosti</w:t>
      </w:r>
      <w:r w:rsidR="0085EF99" w:rsidRPr="6AE49D30">
        <w:rPr>
          <w:lang w:val="cs-CZ"/>
        </w:rPr>
        <w:t xml:space="preserve"> nebo bude vůči němu zahájeno insolvenční řízení</w:t>
      </w:r>
      <w:r w:rsidRPr="6AE49D30">
        <w:rPr>
          <w:lang w:val="cs-CZ"/>
        </w:rPr>
        <w:t>.</w:t>
      </w:r>
    </w:p>
    <w:p w14:paraId="29009731" w14:textId="6E9D4ABA" w:rsidR="0077494F" w:rsidRPr="0026347F" w:rsidRDefault="005B651C">
      <w:pPr>
        <w:spacing w:after="120" w:line="259" w:lineRule="auto"/>
        <w:rPr>
          <w:lang w:val="cs-CZ"/>
        </w:rPr>
      </w:pPr>
      <w:r w:rsidRPr="0026347F">
        <w:rPr>
          <w:b/>
          <w:lang w:val="cs-CZ"/>
        </w:rPr>
        <w:t>1</w:t>
      </w:r>
      <w:r w:rsidR="00BE03A9" w:rsidRPr="0026347F">
        <w:rPr>
          <w:b/>
          <w:lang w:val="cs-CZ"/>
        </w:rPr>
        <w:t>4</w:t>
      </w:r>
      <w:r w:rsidRPr="0026347F">
        <w:rPr>
          <w:b/>
          <w:lang w:val="cs-CZ"/>
        </w:rPr>
        <w:t xml:space="preserve">.3. </w:t>
      </w:r>
      <w:r w:rsidRPr="0026347F">
        <w:rPr>
          <w:lang w:val="cs-CZ"/>
        </w:rPr>
        <w:t>Zhotovitel je oprávněn odstoupit od Smlouvy zejména v případě, že Objednatel je v prodlení s úhradou nesporné části Ceny díla déle než 30 dnů po doručení písemné výzvy k nápravě.</w:t>
      </w:r>
    </w:p>
    <w:p w14:paraId="16B4F3C4" w14:textId="2348AD05" w:rsidR="0077494F" w:rsidRPr="0026347F" w:rsidRDefault="005B651C">
      <w:pPr>
        <w:spacing w:after="120" w:line="259" w:lineRule="auto"/>
        <w:rPr>
          <w:lang w:val="cs-CZ"/>
        </w:rPr>
      </w:pPr>
      <w:r w:rsidRPr="0026347F">
        <w:rPr>
          <w:b/>
          <w:lang w:val="cs-CZ"/>
        </w:rPr>
        <w:lastRenderedPageBreak/>
        <w:t>1</w:t>
      </w:r>
      <w:r w:rsidR="00BE03A9" w:rsidRPr="0026347F">
        <w:rPr>
          <w:b/>
          <w:lang w:val="cs-CZ"/>
        </w:rPr>
        <w:t>4</w:t>
      </w:r>
      <w:r w:rsidRPr="0026347F">
        <w:rPr>
          <w:b/>
          <w:lang w:val="cs-CZ"/>
        </w:rPr>
        <w:t xml:space="preserve">.4. </w:t>
      </w:r>
      <w:r w:rsidRPr="0026347F">
        <w:rPr>
          <w:lang w:val="cs-CZ"/>
        </w:rPr>
        <w:t>V případě odstoupení je Objednatel oprávněn rozhodnout, zda si ponechá již provedené části Díla nebo jiné plnění Zhotovitele, a to za přiměřené vypořádání odpovídající hodnotě ponechaného a využitelného plnění.</w:t>
      </w:r>
    </w:p>
    <w:p w14:paraId="36F86C30" w14:textId="36225E93" w:rsidR="0077494F" w:rsidRPr="0026347F" w:rsidRDefault="005B651C">
      <w:pPr>
        <w:spacing w:before="240" w:after="120"/>
        <w:rPr>
          <w:lang w:val="cs-CZ"/>
        </w:rPr>
      </w:pPr>
      <w:r w:rsidRPr="0026347F">
        <w:rPr>
          <w:b/>
          <w:sz w:val="28"/>
          <w:lang w:val="cs-CZ"/>
        </w:rPr>
        <w:t>1</w:t>
      </w:r>
      <w:r w:rsidR="00BE03A9" w:rsidRPr="0026347F">
        <w:rPr>
          <w:b/>
          <w:sz w:val="28"/>
          <w:lang w:val="cs-CZ"/>
        </w:rPr>
        <w:t>5</w:t>
      </w:r>
      <w:r w:rsidRPr="0026347F">
        <w:rPr>
          <w:b/>
          <w:sz w:val="28"/>
          <w:lang w:val="cs-CZ"/>
        </w:rPr>
        <w:t>. Zástupci Smluvních stran</w:t>
      </w:r>
    </w:p>
    <w:tbl>
      <w:tblPr>
        <w:tblStyle w:val="Mkatabulky"/>
        <w:tblW w:w="0" w:type="auto"/>
        <w:jc w:val="center"/>
        <w:tblLook w:val="04A0" w:firstRow="1" w:lastRow="0" w:firstColumn="1" w:lastColumn="0" w:noHBand="0" w:noVBand="1"/>
      </w:tblPr>
      <w:tblGrid>
        <w:gridCol w:w="3402"/>
        <w:gridCol w:w="6236"/>
      </w:tblGrid>
      <w:tr w:rsidR="0077494F" w:rsidRPr="0026347F" w14:paraId="30224E15" w14:textId="77777777">
        <w:trPr>
          <w:tblHeader/>
          <w:jc w:val="center"/>
        </w:trPr>
        <w:tc>
          <w:tcPr>
            <w:tcW w:w="3402"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735B39F0" w14:textId="77777777" w:rsidR="0077494F" w:rsidRPr="0026347F" w:rsidRDefault="005B651C">
            <w:pPr>
              <w:spacing w:before="40" w:after="40"/>
              <w:rPr>
                <w:lang w:val="cs-CZ"/>
              </w:rPr>
            </w:pPr>
            <w:r w:rsidRPr="0026347F">
              <w:rPr>
                <w:b/>
                <w:sz w:val="19"/>
                <w:lang w:val="cs-CZ"/>
              </w:rPr>
              <w:t>Role</w:t>
            </w:r>
          </w:p>
        </w:tc>
        <w:tc>
          <w:tcPr>
            <w:tcW w:w="6236"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0DCA977D" w14:textId="77777777" w:rsidR="0077494F" w:rsidRPr="0026347F" w:rsidRDefault="005B651C">
            <w:pPr>
              <w:spacing w:before="40" w:after="40"/>
              <w:rPr>
                <w:lang w:val="cs-CZ"/>
              </w:rPr>
            </w:pPr>
            <w:r w:rsidRPr="0026347F">
              <w:rPr>
                <w:b/>
                <w:sz w:val="19"/>
                <w:lang w:val="cs-CZ"/>
              </w:rPr>
              <w:t>Kontaktní osoba</w:t>
            </w:r>
          </w:p>
        </w:tc>
      </w:tr>
      <w:tr w:rsidR="0077494F" w:rsidRPr="0026347F" w14:paraId="535C9063"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2F1A53E5" w14:textId="77777777" w:rsidR="0077494F" w:rsidRPr="0026347F" w:rsidRDefault="005B651C">
            <w:pPr>
              <w:spacing w:before="40" w:after="40"/>
              <w:rPr>
                <w:lang w:val="cs-CZ"/>
              </w:rPr>
            </w:pPr>
            <w:r w:rsidRPr="0026347F">
              <w:rPr>
                <w:sz w:val="19"/>
                <w:lang w:val="cs-CZ"/>
              </w:rPr>
              <w:t>Objednatel – smluvní věci</w:t>
            </w:r>
          </w:p>
        </w:tc>
        <w:tc>
          <w:tcPr>
            <w:tcW w:w="6236" w:type="dxa"/>
            <w:tcBorders>
              <w:top w:val="single" w:sz="4" w:space="0" w:color="BFBFBF"/>
              <w:left w:val="single" w:sz="4" w:space="0" w:color="BFBFBF"/>
              <w:bottom w:val="single" w:sz="4" w:space="0" w:color="BFBFBF"/>
              <w:right w:val="single" w:sz="4" w:space="0" w:color="BFBFBF"/>
            </w:tcBorders>
            <w:vAlign w:val="center"/>
          </w:tcPr>
          <w:p w14:paraId="201150FC" w14:textId="77777777" w:rsidR="0077494F" w:rsidRPr="0026347F" w:rsidRDefault="005B651C">
            <w:pPr>
              <w:spacing w:before="40" w:after="40"/>
              <w:rPr>
                <w:lang w:val="cs-CZ"/>
              </w:rPr>
            </w:pPr>
            <w:r w:rsidRPr="0026347F">
              <w:rPr>
                <w:sz w:val="19"/>
                <w:lang w:val="cs-CZ"/>
              </w:rPr>
              <w:t>[DOPLNIT] / tel.: [DOPLNIT] / e-mail: [DOPLNIT]</w:t>
            </w:r>
          </w:p>
        </w:tc>
      </w:tr>
      <w:tr w:rsidR="0077494F" w:rsidRPr="0026347F" w14:paraId="6EADB810"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211C12B0" w14:textId="77777777" w:rsidR="0077494F" w:rsidRPr="0026347F" w:rsidRDefault="005B651C">
            <w:pPr>
              <w:spacing w:before="40" w:after="40"/>
              <w:rPr>
                <w:lang w:val="cs-CZ"/>
              </w:rPr>
            </w:pPr>
            <w:r w:rsidRPr="0026347F">
              <w:rPr>
                <w:sz w:val="19"/>
                <w:lang w:val="cs-CZ"/>
              </w:rPr>
              <w:t>Zhotovitel – smluvní věci</w:t>
            </w:r>
          </w:p>
        </w:tc>
        <w:tc>
          <w:tcPr>
            <w:tcW w:w="6236" w:type="dxa"/>
            <w:tcBorders>
              <w:top w:val="single" w:sz="4" w:space="0" w:color="BFBFBF"/>
              <w:left w:val="single" w:sz="4" w:space="0" w:color="BFBFBF"/>
              <w:bottom w:val="single" w:sz="4" w:space="0" w:color="BFBFBF"/>
              <w:right w:val="single" w:sz="4" w:space="0" w:color="BFBFBF"/>
            </w:tcBorders>
            <w:vAlign w:val="center"/>
          </w:tcPr>
          <w:p w14:paraId="4D05B2EB" w14:textId="77777777" w:rsidR="0077494F" w:rsidRPr="0026347F" w:rsidRDefault="005B651C">
            <w:pPr>
              <w:spacing w:before="40" w:after="40"/>
              <w:rPr>
                <w:lang w:val="cs-CZ"/>
              </w:rPr>
            </w:pPr>
            <w:r w:rsidRPr="0026347F">
              <w:rPr>
                <w:sz w:val="19"/>
                <w:lang w:val="cs-CZ"/>
              </w:rPr>
              <w:t>[</w:t>
            </w:r>
            <w:r w:rsidRPr="00765361">
              <w:rPr>
                <w:sz w:val="19"/>
                <w:highlight w:val="yellow"/>
                <w:lang w:val="cs-CZ"/>
              </w:rPr>
              <w:t>DOPLNIT</w:t>
            </w:r>
            <w:r w:rsidRPr="0026347F">
              <w:rPr>
                <w:sz w:val="19"/>
                <w:lang w:val="cs-CZ"/>
              </w:rPr>
              <w:t>] / tel.: [</w:t>
            </w:r>
            <w:r w:rsidRPr="00765361">
              <w:rPr>
                <w:sz w:val="19"/>
                <w:highlight w:val="yellow"/>
                <w:lang w:val="cs-CZ"/>
              </w:rPr>
              <w:t>DOPLNIT</w:t>
            </w:r>
            <w:r w:rsidRPr="0026347F">
              <w:rPr>
                <w:sz w:val="19"/>
                <w:lang w:val="cs-CZ"/>
              </w:rPr>
              <w:t>] / e-mail: [</w:t>
            </w:r>
            <w:r w:rsidRPr="00765361">
              <w:rPr>
                <w:sz w:val="19"/>
                <w:highlight w:val="yellow"/>
                <w:lang w:val="cs-CZ"/>
              </w:rPr>
              <w:t>DOPLNIT</w:t>
            </w:r>
            <w:r w:rsidRPr="0026347F">
              <w:rPr>
                <w:sz w:val="19"/>
                <w:lang w:val="cs-CZ"/>
              </w:rPr>
              <w:t>]</w:t>
            </w:r>
          </w:p>
        </w:tc>
      </w:tr>
      <w:tr w:rsidR="0077494F" w:rsidRPr="0026347F" w14:paraId="04D0EB24"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197B1DB9" w14:textId="77777777" w:rsidR="0077494F" w:rsidRPr="0026347F" w:rsidRDefault="005B651C">
            <w:pPr>
              <w:spacing w:before="40" w:after="40"/>
              <w:rPr>
                <w:lang w:val="cs-CZ"/>
              </w:rPr>
            </w:pPr>
            <w:r w:rsidRPr="0026347F">
              <w:rPr>
                <w:sz w:val="19"/>
                <w:lang w:val="cs-CZ"/>
              </w:rPr>
              <w:t>Objednatel – technické a provozní věci</w:t>
            </w:r>
          </w:p>
        </w:tc>
        <w:tc>
          <w:tcPr>
            <w:tcW w:w="6236" w:type="dxa"/>
            <w:tcBorders>
              <w:top w:val="single" w:sz="4" w:space="0" w:color="BFBFBF"/>
              <w:left w:val="single" w:sz="4" w:space="0" w:color="BFBFBF"/>
              <w:bottom w:val="single" w:sz="4" w:space="0" w:color="BFBFBF"/>
              <w:right w:val="single" w:sz="4" w:space="0" w:color="BFBFBF"/>
            </w:tcBorders>
            <w:vAlign w:val="center"/>
          </w:tcPr>
          <w:p w14:paraId="233008DE" w14:textId="77777777" w:rsidR="0077494F" w:rsidRPr="0026347F" w:rsidRDefault="005B651C">
            <w:pPr>
              <w:spacing w:before="40" w:after="40"/>
              <w:rPr>
                <w:lang w:val="cs-CZ"/>
              </w:rPr>
            </w:pPr>
            <w:r w:rsidRPr="0026347F">
              <w:rPr>
                <w:sz w:val="19"/>
                <w:lang w:val="cs-CZ"/>
              </w:rPr>
              <w:t>[DOPLNIT] / tel.: [DOPLNIT] / e-mail: [DOPLNIT]</w:t>
            </w:r>
          </w:p>
        </w:tc>
      </w:tr>
      <w:tr w:rsidR="0077494F" w:rsidRPr="0026347F" w14:paraId="3C8CAA08" w14:textId="77777777">
        <w:trPr>
          <w:jc w:val="center"/>
        </w:trPr>
        <w:tc>
          <w:tcPr>
            <w:tcW w:w="3402" w:type="dxa"/>
            <w:tcBorders>
              <w:top w:val="single" w:sz="4" w:space="0" w:color="BFBFBF"/>
              <w:left w:val="single" w:sz="4" w:space="0" w:color="BFBFBF"/>
              <w:bottom w:val="single" w:sz="4" w:space="0" w:color="BFBFBF"/>
              <w:right w:val="single" w:sz="4" w:space="0" w:color="BFBFBF"/>
            </w:tcBorders>
            <w:vAlign w:val="center"/>
          </w:tcPr>
          <w:p w14:paraId="5DD98A49" w14:textId="77777777" w:rsidR="0077494F" w:rsidRPr="0026347F" w:rsidRDefault="005B651C">
            <w:pPr>
              <w:spacing w:before="40" w:after="40"/>
              <w:rPr>
                <w:lang w:val="cs-CZ"/>
              </w:rPr>
            </w:pPr>
            <w:r w:rsidRPr="0026347F">
              <w:rPr>
                <w:sz w:val="19"/>
                <w:lang w:val="cs-CZ"/>
              </w:rPr>
              <w:t>Zhotovitel – technické a provozní věci</w:t>
            </w:r>
          </w:p>
        </w:tc>
        <w:tc>
          <w:tcPr>
            <w:tcW w:w="6236" w:type="dxa"/>
            <w:tcBorders>
              <w:top w:val="single" w:sz="4" w:space="0" w:color="BFBFBF"/>
              <w:left w:val="single" w:sz="4" w:space="0" w:color="BFBFBF"/>
              <w:bottom w:val="single" w:sz="4" w:space="0" w:color="BFBFBF"/>
              <w:right w:val="single" w:sz="4" w:space="0" w:color="BFBFBF"/>
            </w:tcBorders>
            <w:vAlign w:val="center"/>
          </w:tcPr>
          <w:p w14:paraId="7D9AF3EC" w14:textId="77777777" w:rsidR="0077494F" w:rsidRPr="0026347F" w:rsidRDefault="005B651C">
            <w:pPr>
              <w:spacing w:before="40" w:after="40"/>
              <w:rPr>
                <w:lang w:val="cs-CZ"/>
              </w:rPr>
            </w:pPr>
            <w:r w:rsidRPr="0026347F">
              <w:rPr>
                <w:sz w:val="19"/>
                <w:lang w:val="cs-CZ"/>
              </w:rPr>
              <w:t>[</w:t>
            </w:r>
            <w:r w:rsidRPr="00765361">
              <w:rPr>
                <w:sz w:val="19"/>
                <w:highlight w:val="yellow"/>
                <w:lang w:val="cs-CZ"/>
              </w:rPr>
              <w:t>DOPLNIT</w:t>
            </w:r>
            <w:r w:rsidRPr="0026347F">
              <w:rPr>
                <w:sz w:val="19"/>
                <w:lang w:val="cs-CZ"/>
              </w:rPr>
              <w:t>] / tel.: [</w:t>
            </w:r>
            <w:r w:rsidRPr="00765361">
              <w:rPr>
                <w:sz w:val="19"/>
                <w:highlight w:val="yellow"/>
                <w:lang w:val="cs-CZ"/>
              </w:rPr>
              <w:t>DOPLNIT</w:t>
            </w:r>
            <w:r w:rsidRPr="0026347F">
              <w:rPr>
                <w:sz w:val="19"/>
                <w:lang w:val="cs-CZ"/>
              </w:rPr>
              <w:t>] / e-mail: [</w:t>
            </w:r>
            <w:r w:rsidRPr="00765361">
              <w:rPr>
                <w:sz w:val="19"/>
                <w:highlight w:val="yellow"/>
                <w:lang w:val="cs-CZ"/>
              </w:rPr>
              <w:t>DOPLNIT</w:t>
            </w:r>
            <w:r w:rsidRPr="0026347F">
              <w:rPr>
                <w:sz w:val="19"/>
                <w:lang w:val="cs-CZ"/>
              </w:rPr>
              <w:t>]</w:t>
            </w:r>
          </w:p>
        </w:tc>
      </w:tr>
    </w:tbl>
    <w:p w14:paraId="7B63D423" w14:textId="77777777" w:rsidR="0077494F" w:rsidRPr="0026347F" w:rsidRDefault="0077494F">
      <w:pPr>
        <w:spacing w:after="40"/>
        <w:rPr>
          <w:lang w:val="cs-CZ"/>
        </w:rPr>
      </w:pPr>
    </w:p>
    <w:p w14:paraId="3FCE3DBF" w14:textId="5F930B5C" w:rsidR="0077494F" w:rsidRPr="0026347F" w:rsidRDefault="005B651C">
      <w:pPr>
        <w:spacing w:after="120" w:line="259" w:lineRule="auto"/>
        <w:rPr>
          <w:lang w:val="cs-CZ"/>
        </w:rPr>
      </w:pPr>
      <w:r w:rsidRPr="0026347F">
        <w:rPr>
          <w:b/>
          <w:lang w:val="cs-CZ"/>
        </w:rPr>
        <w:t>1</w:t>
      </w:r>
      <w:r w:rsidR="00BE03A9" w:rsidRPr="0026347F">
        <w:rPr>
          <w:b/>
          <w:lang w:val="cs-CZ"/>
        </w:rPr>
        <w:t>5</w:t>
      </w:r>
      <w:r w:rsidRPr="0026347F">
        <w:rPr>
          <w:b/>
          <w:lang w:val="cs-CZ"/>
        </w:rPr>
        <w:t xml:space="preserve">.1. </w:t>
      </w:r>
      <w:r w:rsidRPr="0026347F">
        <w:rPr>
          <w:lang w:val="cs-CZ"/>
        </w:rPr>
        <w:t>Změna kontaktních osob je účinná doručením písemného oznámení druhé Smluvní straně a nevyžaduje uzavření dodatku ke Smlouvě.</w:t>
      </w:r>
    </w:p>
    <w:p w14:paraId="6623AC1D" w14:textId="2727C016" w:rsidR="0077494F" w:rsidRPr="0026347F" w:rsidRDefault="005B651C">
      <w:pPr>
        <w:spacing w:before="240" w:after="120"/>
        <w:rPr>
          <w:lang w:val="cs-CZ"/>
        </w:rPr>
      </w:pPr>
      <w:r w:rsidRPr="0026347F">
        <w:rPr>
          <w:b/>
          <w:sz w:val="28"/>
          <w:lang w:val="cs-CZ"/>
        </w:rPr>
        <w:t>1</w:t>
      </w:r>
      <w:r w:rsidR="00BE03A9" w:rsidRPr="0026347F">
        <w:rPr>
          <w:b/>
          <w:sz w:val="28"/>
          <w:lang w:val="cs-CZ"/>
        </w:rPr>
        <w:t>6</w:t>
      </w:r>
      <w:r w:rsidRPr="0026347F">
        <w:rPr>
          <w:b/>
          <w:sz w:val="28"/>
          <w:lang w:val="cs-CZ"/>
        </w:rPr>
        <w:t>. Závěrečná ustanovení</w:t>
      </w:r>
    </w:p>
    <w:p w14:paraId="018ECBAD" w14:textId="3B00C28A"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.1. </w:t>
      </w:r>
      <w:r w:rsidRPr="0026347F">
        <w:rPr>
          <w:lang w:val="cs-CZ"/>
        </w:rPr>
        <w:t>Tato Smlouva se řídí právním řádem České republiky s vyloučením kolizních norem.</w:t>
      </w:r>
    </w:p>
    <w:p w14:paraId="5E2857FB" w14:textId="27340AF7"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.2. </w:t>
      </w:r>
      <w:r w:rsidRPr="0026347F">
        <w:rPr>
          <w:lang w:val="cs-CZ"/>
        </w:rPr>
        <w:t>Spory vzniklé z této Smlouvy nebo v souvislosti s ní budou rozhodovány věcně a místně příslušnými soudy České republiky, přičemž Smluvní strany sjednávají místní příslušnost soudu podle sídla Objednatele, pokud to právní předpisy umožňují.</w:t>
      </w:r>
    </w:p>
    <w:p w14:paraId="4CC41180" w14:textId="12956F9D"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.3. </w:t>
      </w:r>
      <w:r w:rsidRPr="0026347F">
        <w:rPr>
          <w:lang w:val="cs-CZ"/>
        </w:rPr>
        <w:t>Tato Smlouva může být měněna pouze písemnými číslovanými dodatky podepsanými oběma Smluvními stranami, není-li v této Smlouvě výslovně stanoveno jinak.</w:t>
      </w:r>
    </w:p>
    <w:p w14:paraId="18E02E39" w14:textId="09E79143"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.4. </w:t>
      </w:r>
      <w:r w:rsidRPr="0026347F">
        <w:rPr>
          <w:lang w:val="cs-CZ"/>
        </w:rPr>
        <w:t>Zhotovitel není oprávněn postoupit práva nebo povinnosti z této Smlouvy na třetí osobu bez předchozího písemného souhlasu Objednatele.</w:t>
      </w:r>
    </w:p>
    <w:p w14:paraId="6B5A0890" w14:textId="13BC65CC"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.5. </w:t>
      </w:r>
      <w:r w:rsidRPr="0026347F">
        <w:rPr>
          <w:lang w:val="cs-CZ"/>
        </w:rPr>
        <w:t>Zhotovitel není oprávněn jednostranně započíst své pohledávky vůči pohledávkám Objednatele bez předchozího písemného souhlasu Objednatele.</w:t>
      </w:r>
    </w:p>
    <w:p w14:paraId="78075D91" w14:textId="3D9A0E43"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.6. </w:t>
      </w:r>
      <w:r w:rsidRPr="0026347F">
        <w:rPr>
          <w:lang w:val="cs-CZ"/>
        </w:rPr>
        <w:t>Zhotovitel není oprávněn zadržet Dílo, jeho část nebo věci Objednatele bez předchozího písemného souhlasu Objednatele.</w:t>
      </w:r>
    </w:p>
    <w:p w14:paraId="4D9D7B30" w14:textId="5A22014C"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.7. </w:t>
      </w:r>
      <w:r w:rsidRPr="0026347F">
        <w:rPr>
          <w:lang w:val="cs-CZ"/>
        </w:rPr>
        <w:t>Ukáže-li se některé ustanovení této Smlouvy jako neplatné, neúčinné nebo nevymahatelné, nemá to vliv na platnost, účinnost a vymahatelnost ostatních ustanovení Smlouvy. Smluvní strany se zavazují nahradit takové ustanovení ustanovením platným, účinným a vymahatelným, které bude co nejvíce odpovídat hospodářskému účelu původního ustanovení.</w:t>
      </w:r>
    </w:p>
    <w:p w14:paraId="2D8BAF7D" w14:textId="28ACEE6E" w:rsidR="0077494F" w:rsidRPr="0026347F" w:rsidRDefault="005B651C">
      <w:pPr>
        <w:spacing w:after="120" w:line="259" w:lineRule="auto"/>
        <w:rPr>
          <w:lang w:val="cs-CZ"/>
        </w:rPr>
      </w:pPr>
      <w:r w:rsidRPr="0026347F">
        <w:rPr>
          <w:b/>
          <w:lang w:val="cs-CZ"/>
        </w:rPr>
        <w:t>1</w:t>
      </w:r>
      <w:r w:rsidR="00BE03A9" w:rsidRPr="0026347F">
        <w:rPr>
          <w:b/>
          <w:lang w:val="cs-CZ"/>
        </w:rPr>
        <w:t>6</w:t>
      </w:r>
      <w:r w:rsidRPr="0026347F">
        <w:rPr>
          <w:b/>
          <w:lang w:val="cs-CZ"/>
        </w:rPr>
        <w:t xml:space="preserve">.8. </w:t>
      </w:r>
      <w:r w:rsidRPr="0026347F">
        <w:rPr>
          <w:lang w:val="cs-CZ"/>
        </w:rPr>
        <w:t>Nedílnou součástí této Smlouvy jsou přílohy uvedené níže. V případě rozporu mezi touto Smlouvou a jejími přílohami má přednost vlastní text Smlouvy.</w:t>
      </w:r>
      <w:r w:rsidR="00A15B97">
        <w:rPr>
          <w:lang w:val="cs-CZ"/>
        </w:rPr>
        <w:t xml:space="preserve"> </w:t>
      </w:r>
      <w:r w:rsidR="00A15B97" w:rsidRPr="00A15B97">
        <w:rPr>
          <w:lang w:val="cs-CZ"/>
        </w:rPr>
        <w:t>V případě rozporu mezi jednotlivými přílohami má přednost příloha s nižším pořadovým číslem</w:t>
      </w:r>
      <w:r w:rsidR="00A15B97">
        <w:rPr>
          <w:lang w:val="cs-CZ"/>
        </w:rPr>
        <w:t>.</w:t>
      </w:r>
    </w:p>
    <w:p w14:paraId="7E692FC8" w14:textId="77777777" w:rsidR="00F5010F" w:rsidRPr="0026347F" w:rsidRDefault="00F5010F">
      <w:pPr>
        <w:spacing w:after="120" w:line="259" w:lineRule="auto"/>
        <w:rPr>
          <w:b/>
          <w:bCs/>
          <w:lang w:val="cs-CZ"/>
        </w:rPr>
      </w:pPr>
    </w:p>
    <w:p w14:paraId="530572B3" w14:textId="77777777" w:rsidR="00F5010F" w:rsidRPr="0026347F" w:rsidRDefault="00F5010F">
      <w:pPr>
        <w:spacing w:after="120" w:line="259" w:lineRule="auto"/>
        <w:rPr>
          <w:b/>
          <w:bCs/>
          <w:lang w:val="cs-CZ"/>
        </w:rPr>
      </w:pPr>
    </w:p>
    <w:p w14:paraId="16178F51" w14:textId="13A3B213" w:rsidR="003B6843" w:rsidRPr="0026347F" w:rsidRDefault="003B6843" w:rsidP="00F5010F">
      <w:pPr>
        <w:spacing w:before="240" w:after="120"/>
        <w:rPr>
          <w:b/>
          <w:sz w:val="28"/>
          <w:lang w:val="cs-CZ"/>
        </w:rPr>
      </w:pPr>
      <w:r w:rsidRPr="4D4D0716">
        <w:rPr>
          <w:b/>
          <w:sz w:val="28"/>
          <w:szCs w:val="28"/>
          <w:lang w:val="cs-CZ"/>
        </w:rPr>
        <w:t>Seznam příloh</w:t>
      </w:r>
    </w:p>
    <w:tbl>
      <w:tblPr>
        <w:tblStyle w:val="Mkatabulky"/>
        <w:tblW w:w="0" w:type="auto"/>
        <w:jc w:val="center"/>
        <w:tblLook w:val="04A0" w:firstRow="1" w:lastRow="0" w:firstColumn="1" w:lastColumn="0" w:noHBand="0" w:noVBand="1"/>
      </w:tblPr>
      <w:tblGrid>
        <w:gridCol w:w="2268"/>
        <w:gridCol w:w="7370"/>
      </w:tblGrid>
      <w:tr w:rsidR="0077494F" w:rsidRPr="0026347F" w14:paraId="650739C9" w14:textId="77777777" w:rsidTr="72A900FB">
        <w:trPr>
          <w:tblHeade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62D81A16" w14:textId="77777777" w:rsidR="0077494F" w:rsidRPr="0026347F" w:rsidRDefault="005B651C">
            <w:pPr>
              <w:spacing w:before="40" w:after="40"/>
              <w:rPr>
                <w:lang w:val="cs-CZ"/>
              </w:rPr>
            </w:pPr>
            <w:r w:rsidRPr="0026347F">
              <w:rPr>
                <w:b/>
                <w:sz w:val="19"/>
                <w:lang w:val="cs-CZ"/>
              </w:rPr>
              <w:t>Příloha</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EAF7"/>
            <w:vAlign w:val="center"/>
          </w:tcPr>
          <w:p w14:paraId="176DA95E" w14:textId="77777777" w:rsidR="0077494F" w:rsidRPr="0026347F" w:rsidRDefault="005B651C">
            <w:pPr>
              <w:spacing w:before="40" w:after="40"/>
              <w:rPr>
                <w:lang w:val="cs-CZ"/>
              </w:rPr>
            </w:pPr>
            <w:r w:rsidRPr="0026347F">
              <w:rPr>
                <w:b/>
                <w:sz w:val="19"/>
                <w:lang w:val="cs-CZ"/>
              </w:rPr>
              <w:t>Název</w:t>
            </w:r>
          </w:p>
        </w:tc>
      </w:tr>
      <w:tr w:rsidR="0077494F" w:rsidRPr="0026347F" w14:paraId="4508D2F0"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40CE87" w14:textId="4DA30879" w:rsidR="0077494F" w:rsidRPr="00983753" w:rsidRDefault="005B651C">
            <w:pPr>
              <w:spacing w:before="40" w:after="40"/>
              <w:rPr>
                <w:lang w:val="cs-CZ"/>
              </w:rPr>
            </w:pPr>
            <w:r w:rsidRPr="00983753">
              <w:rPr>
                <w:sz w:val="19"/>
                <w:szCs w:val="19"/>
                <w:lang w:val="cs-CZ"/>
              </w:rPr>
              <w:t xml:space="preserve">Příloha </w:t>
            </w:r>
            <w:r w:rsidR="3ECFB48A" w:rsidRPr="00983753">
              <w:rPr>
                <w:sz w:val="19"/>
                <w:szCs w:val="19"/>
                <w:lang w:val="cs-CZ"/>
              </w:rPr>
              <w:t>02_0</w:t>
            </w:r>
            <w:r w:rsidRPr="00983753">
              <w:rPr>
                <w:sz w:val="19"/>
                <w:szCs w:val="19"/>
                <w:lang w:val="cs-CZ"/>
              </w:rPr>
              <w:t>1</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E3FEA36" w14:textId="77777777" w:rsidR="0077494F" w:rsidRPr="00983753" w:rsidRDefault="005B651C">
            <w:pPr>
              <w:spacing w:before="40" w:after="40"/>
              <w:rPr>
                <w:lang w:val="cs-CZ"/>
              </w:rPr>
            </w:pPr>
            <w:r w:rsidRPr="00983753">
              <w:rPr>
                <w:sz w:val="19"/>
                <w:lang w:val="cs-CZ"/>
              </w:rPr>
              <w:t>Technická specifikace Díla</w:t>
            </w:r>
          </w:p>
        </w:tc>
      </w:tr>
      <w:tr w:rsidR="728E116E" w14:paraId="7F03ADBE" w14:textId="77777777" w:rsidTr="72A900FB">
        <w:trPr>
          <w:trHeight w:val="300"/>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413FC6" w14:textId="07EC6D50" w:rsidR="02D49511" w:rsidRDefault="02D49511" w:rsidP="728E116E">
            <w:r w:rsidRPr="728E116E">
              <w:rPr>
                <w:sz w:val="19"/>
                <w:szCs w:val="19"/>
                <w:lang w:val="cs-CZ"/>
              </w:rPr>
              <w:t>Příloha 02</w:t>
            </w:r>
            <w:r w:rsidR="002D4462">
              <w:rPr>
                <w:sz w:val="19"/>
                <w:szCs w:val="19"/>
                <w:lang w:val="cs-CZ"/>
              </w:rPr>
              <w:t>_</w:t>
            </w:r>
            <w:proofErr w:type="gramStart"/>
            <w:r w:rsidRPr="728E116E">
              <w:rPr>
                <w:sz w:val="19"/>
                <w:szCs w:val="19"/>
                <w:lang w:val="cs-CZ"/>
              </w:rPr>
              <w:t>01a</w:t>
            </w:r>
            <w:proofErr w:type="gramEnd"/>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995F43" w14:textId="404B5629" w:rsidR="02D49511" w:rsidRDefault="02D49511" w:rsidP="728E116E">
            <w:r w:rsidRPr="728E116E">
              <w:rPr>
                <w:sz w:val="19"/>
                <w:szCs w:val="19"/>
                <w:lang w:val="cs-CZ"/>
              </w:rPr>
              <w:t>Technické požadavky Díla</w:t>
            </w:r>
          </w:p>
        </w:tc>
      </w:tr>
      <w:tr w:rsidR="767C14F5" w14:paraId="7240ECBB" w14:textId="77777777" w:rsidTr="72A900FB">
        <w:trPr>
          <w:trHeight w:val="300"/>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B631D9" w14:textId="3BAADAB0" w:rsidR="767C14F5" w:rsidRPr="00D17D2D" w:rsidRDefault="767C14F5" w:rsidP="767C14F5">
            <w:pPr>
              <w:rPr>
                <w:sz w:val="19"/>
                <w:szCs w:val="19"/>
                <w:lang w:val="cs-CZ"/>
              </w:rPr>
            </w:pPr>
            <w:r w:rsidRPr="00D17D2D">
              <w:rPr>
                <w:sz w:val="19"/>
                <w:szCs w:val="19"/>
                <w:lang w:val="cs-CZ"/>
              </w:rPr>
              <w:t>Příloha 02</w:t>
            </w:r>
            <w:r w:rsidR="002D4462" w:rsidRPr="00D17D2D">
              <w:rPr>
                <w:sz w:val="19"/>
                <w:szCs w:val="19"/>
                <w:lang w:val="cs-CZ"/>
              </w:rPr>
              <w:t>_</w:t>
            </w:r>
            <w:proofErr w:type="gramStart"/>
            <w:r w:rsidRPr="00D17D2D">
              <w:rPr>
                <w:sz w:val="19"/>
                <w:szCs w:val="19"/>
                <w:lang w:val="cs-CZ"/>
              </w:rPr>
              <w:t>01</w:t>
            </w:r>
            <w:r w:rsidR="3D57D5BE" w:rsidRPr="00D17D2D">
              <w:rPr>
                <w:sz w:val="19"/>
                <w:szCs w:val="19"/>
                <w:lang w:val="cs-CZ"/>
              </w:rPr>
              <w:t>b</w:t>
            </w:r>
            <w:proofErr w:type="gramEnd"/>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B85053" w14:textId="78630E9D" w:rsidR="767C14F5" w:rsidRPr="00D17D2D" w:rsidRDefault="767C14F5" w:rsidP="767C14F5">
            <w:pPr>
              <w:rPr>
                <w:sz w:val="19"/>
                <w:szCs w:val="19"/>
                <w:lang w:val="cs-CZ"/>
              </w:rPr>
            </w:pPr>
            <w:r w:rsidRPr="00D17D2D">
              <w:rPr>
                <w:sz w:val="19"/>
                <w:szCs w:val="19"/>
                <w:lang w:val="cs-CZ"/>
              </w:rPr>
              <w:t>Technické požadavky Díla</w:t>
            </w:r>
            <w:r w:rsidR="7DF5FD41" w:rsidRPr="00D17D2D">
              <w:rPr>
                <w:sz w:val="19"/>
                <w:szCs w:val="19"/>
                <w:lang w:val="cs-CZ"/>
              </w:rPr>
              <w:t xml:space="preserve"> pro přenos dat</w:t>
            </w:r>
          </w:p>
        </w:tc>
      </w:tr>
      <w:tr w:rsidR="0077494F" w:rsidRPr="0026347F" w14:paraId="3B9C6CF6"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E91194D" w14:textId="607EB85F" w:rsidR="0077494F" w:rsidRPr="00983753" w:rsidRDefault="005B651C">
            <w:pPr>
              <w:spacing w:before="40" w:after="40"/>
              <w:rPr>
                <w:lang w:val="cs-CZ"/>
              </w:rPr>
            </w:pPr>
            <w:r w:rsidRPr="00983753">
              <w:rPr>
                <w:sz w:val="19"/>
                <w:szCs w:val="19"/>
                <w:lang w:val="cs-CZ"/>
              </w:rPr>
              <w:t xml:space="preserve">Příloha </w:t>
            </w:r>
            <w:r w:rsidR="733DE9AC" w:rsidRPr="00983753">
              <w:rPr>
                <w:sz w:val="19"/>
                <w:szCs w:val="19"/>
                <w:lang w:val="cs-CZ"/>
              </w:rPr>
              <w:t>02_0</w:t>
            </w:r>
            <w:r w:rsidRPr="00983753">
              <w:rPr>
                <w:sz w:val="19"/>
                <w:szCs w:val="19"/>
                <w:lang w:val="cs-CZ"/>
              </w:rPr>
              <w:t>2</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849031" w14:textId="77777777" w:rsidR="0077494F" w:rsidRPr="00983753" w:rsidRDefault="005B651C">
            <w:pPr>
              <w:spacing w:before="40" w:after="40"/>
              <w:rPr>
                <w:lang w:val="cs-CZ"/>
              </w:rPr>
            </w:pPr>
            <w:r w:rsidRPr="00983753">
              <w:rPr>
                <w:sz w:val="19"/>
                <w:lang w:val="cs-CZ"/>
              </w:rPr>
              <w:t>Harmonogram provádění Díla</w:t>
            </w:r>
          </w:p>
        </w:tc>
      </w:tr>
      <w:tr w:rsidR="0077494F" w:rsidRPr="00EA1520" w14:paraId="41696BEA"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0CE5F1" w14:textId="73D6A570" w:rsidR="0077494F" w:rsidRPr="00983753" w:rsidRDefault="005B651C" w:rsidP="01589E52">
            <w:pPr>
              <w:spacing w:before="40" w:after="40"/>
              <w:rPr>
                <w:sz w:val="19"/>
                <w:szCs w:val="19"/>
                <w:lang w:val="cs-CZ"/>
              </w:rPr>
            </w:pPr>
            <w:r w:rsidRPr="00983753">
              <w:rPr>
                <w:sz w:val="19"/>
                <w:szCs w:val="19"/>
                <w:lang w:val="cs-CZ"/>
              </w:rPr>
              <w:t xml:space="preserve">Příloha </w:t>
            </w:r>
            <w:r w:rsidR="3D515230" w:rsidRPr="00983753">
              <w:rPr>
                <w:sz w:val="19"/>
                <w:szCs w:val="19"/>
                <w:lang w:val="cs-CZ"/>
              </w:rPr>
              <w:t>02_03</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DE40D1" w14:textId="77777777" w:rsidR="0077494F" w:rsidRPr="00983753" w:rsidRDefault="005B651C">
            <w:pPr>
              <w:spacing w:before="40" w:after="40"/>
              <w:rPr>
                <w:lang w:val="cs-CZ"/>
              </w:rPr>
            </w:pPr>
            <w:r w:rsidRPr="00983753">
              <w:rPr>
                <w:sz w:val="19"/>
                <w:lang w:val="cs-CZ"/>
              </w:rPr>
              <w:t>Cenový rozklad a platební podmínky</w:t>
            </w:r>
          </w:p>
        </w:tc>
      </w:tr>
      <w:tr w:rsidR="0077494F" w:rsidRPr="00EA1520" w14:paraId="029216D6"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5DCF9F" w14:textId="286A4DCD" w:rsidR="0077494F" w:rsidRPr="00983753" w:rsidRDefault="005B651C">
            <w:pPr>
              <w:spacing w:before="40" w:after="40"/>
              <w:rPr>
                <w:lang w:val="cs-CZ"/>
              </w:rPr>
            </w:pPr>
            <w:r w:rsidRPr="00983753">
              <w:rPr>
                <w:sz w:val="19"/>
                <w:szCs w:val="19"/>
                <w:lang w:val="cs-CZ"/>
              </w:rPr>
              <w:lastRenderedPageBreak/>
              <w:t xml:space="preserve">Příloha </w:t>
            </w:r>
            <w:r w:rsidR="20B7BD36" w:rsidRPr="00983753">
              <w:rPr>
                <w:sz w:val="19"/>
                <w:szCs w:val="19"/>
                <w:lang w:val="cs-CZ"/>
              </w:rPr>
              <w:t>02_0</w:t>
            </w:r>
            <w:r w:rsidRPr="00983753">
              <w:rPr>
                <w:sz w:val="19"/>
                <w:szCs w:val="19"/>
                <w:lang w:val="cs-CZ"/>
              </w:rPr>
              <w:t>4</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F2B18C" w14:textId="22416022" w:rsidR="0077494F" w:rsidRPr="00983753" w:rsidRDefault="00D17D2D">
            <w:pPr>
              <w:spacing w:before="40" w:after="40"/>
              <w:rPr>
                <w:lang w:val="cs-CZ"/>
              </w:rPr>
            </w:pPr>
            <w:r>
              <w:rPr>
                <w:sz w:val="19"/>
                <w:szCs w:val="19"/>
                <w:lang w:val="cs-CZ"/>
              </w:rPr>
              <w:t>Garančně-</w:t>
            </w:r>
            <w:proofErr w:type="spellStart"/>
            <w:r>
              <w:rPr>
                <w:sz w:val="19"/>
                <w:szCs w:val="19"/>
                <w:lang w:val="cs-CZ"/>
              </w:rPr>
              <w:t>v</w:t>
            </w:r>
            <w:r w:rsidR="46190C21" w:rsidRPr="51A3AA3A">
              <w:rPr>
                <w:sz w:val="19"/>
                <w:szCs w:val="19"/>
                <w:lang w:val="cs-CZ"/>
              </w:rPr>
              <w:t>ýkonostní</w:t>
            </w:r>
            <w:proofErr w:type="spellEnd"/>
            <w:r w:rsidR="39D585EA" w:rsidRPr="51A3AA3A">
              <w:rPr>
                <w:sz w:val="19"/>
                <w:szCs w:val="19"/>
                <w:lang w:val="cs-CZ"/>
              </w:rPr>
              <w:t xml:space="preserve"> test</w:t>
            </w:r>
            <w:r w:rsidR="005B651C" w:rsidRPr="51A3AA3A">
              <w:rPr>
                <w:sz w:val="19"/>
                <w:szCs w:val="19"/>
                <w:lang w:val="cs-CZ"/>
              </w:rPr>
              <w:t xml:space="preserve"> a akceptační kritéria</w:t>
            </w:r>
            <w:r w:rsidR="32E61B13" w:rsidRPr="51A3AA3A">
              <w:rPr>
                <w:sz w:val="19"/>
                <w:szCs w:val="19"/>
                <w:lang w:val="cs-CZ"/>
              </w:rPr>
              <w:t xml:space="preserve"> / Pokuty a penále</w:t>
            </w:r>
          </w:p>
        </w:tc>
      </w:tr>
      <w:tr w:rsidR="0077494F" w:rsidRPr="0026347F" w14:paraId="04FB42F7" w14:textId="77777777" w:rsidTr="72A900FB">
        <w:trPr>
          <w:trHeight w:val="300"/>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DB87C10" w14:textId="499FEB02" w:rsidR="0077494F" w:rsidRPr="00983753" w:rsidRDefault="005B651C">
            <w:pPr>
              <w:spacing w:before="40" w:after="40"/>
              <w:rPr>
                <w:lang w:val="cs-CZ"/>
              </w:rPr>
            </w:pPr>
            <w:r w:rsidRPr="51A3AA3A">
              <w:rPr>
                <w:sz w:val="19"/>
                <w:szCs w:val="19"/>
                <w:lang w:val="cs-CZ"/>
              </w:rPr>
              <w:t xml:space="preserve">Příloha </w:t>
            </w:r>
            <w:r w:rsidR="77B07941" w:rsidRPr="51A3AA3A">
              <w:rPr>
                <w:sz w:val="19"/>
                <w:szCs w:val="19"/>
                <w:lang w:val="cs-CZ"/>
              </w:rPr>
              <w:t>02_0</w:t>
            </w:r>
            <w:r w:rsidR="4487AD3F" w:rsidRPr="51A3AA3A">
              <w:rPr>
                <w:sz w:val="19"/>
                <w:szCs w:val="19"/>
                <w:lang w:val="cs-CZ"/>
              </w:rPr>
              <w:t>5</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7C6A00" w14:textId="77777777" w:rsidR="0077494F" w:rsidRPr="00983753" w:rsidRDefault="005B651C">
            <w:pPr>
              <w:spacing w:before="40" w:after="40"/>
              <w:rPr>
                <w:lang w:val="cs-CZ"/>
              </w:rPr>
            </w:pPr>
            <w:r w:rsidRPr="00983753">
              <w:rPr>
                <w:sz w:val="19"/>
                <w:szCs w:val="19"/>
                <w:lang w:val="cs-CZ"/>
              </w:rPr>
              <w:t>Náhradní díly</w:t>
            </w:r>
          </w:p>
        </w:tc>
      </w:tr>
      <w:tr w:rsidR="0077494F" w:rsidRPr="00EA1520" w14:paraId="4E12FB7B"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44C3B7" w14:textId="48457075" w:rsidR="0077494F" w:rsidRPr="00983753" w:rsidRDefault="005B651C">
            <w:pPr>
              <w:spacing w:before="40" w:after="40"/>
              <w:rPr>
                <w:lang w:val="cs-CZ"/>
              </w:rPr>
            </w:pPr>
            <w:r w:rsidRPr="51A3AA3A">
              <w:rPr>
                <w:sz w:val="19"/>
                <w:szCs w:val="19"/>
                <w:lang w:val="cs-CZ"/>
              </w:rPr>
              <w:t xml:space="preserve">Příloha </w:t>
            </w:r>
            <w:r w:rsidR="07784E7D" w:rsidRPr="51A3AA3A">
              <w:rPr>
                <w:sz w:val="19"/>
                <w:szCs w:val="19"/>
                <w:lang w:val="cs-CZ"/>
              </w:rPr>
              <w:t>02_0</w:t>
            </w:r>
            <w:r w:rsidR="7B82DF00" w:rsidRPr="51A3AA3A">
              <w:rPr>
                <w:sz w:val="19"/>
                <w:szCs w:val="19"/>
                <w:lang w:val="cs-CZ"/>
              </w:rPr>
              <w:t>6</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150FFC" w14:textId="77777777" w:rsidR="0077494F" w:rsidRPr="00983753" w:rsidRDefault="005B651C">
            <w:pPr>
              <w:spacing w:before="40" w:after="40"/>
              <w:rPr>
                <w:lang w:val="cs-CZ"/>
              </w:rPr>
            </w:pPr>
            <w:r w:rsidRPr="00983753">
              <w:rPr>
                <w:sz w:val="19"/>
                <w:lang w:val="cs-CZ"/>
              </w:rPr>
              <w:t>Pravidla chování / bezpečnostní podmínky Objednatele</w:t>
            </w:r>
          </w:p>
        </w:tc>
      </w:tr>
      <w:tr w:rsidR="0077494F" w:rsidRPr="00EA1520" w14:paraId="4EC77CF6" w14:textId="77777777" w:rsidTr="72A900FB">
        <w:trPr>
          <w:jc w:val="center"/>
        </w:trPr>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467BB8" w14:textId="0EB39E31" w:rsidR="0077494F" w:rsidRPr="00983753" w:rsidRDefault="005B651C" w:rsidP="01589E52">
            <w:pPr>
              <w:spacing w:before="40" w:after="40"/>
              <w:rPr>
                <w:sz w:val="19"/>
                <w:szCs w:val="19"/>
                <w:lang w:val="cs-CZ"/>
              </w:rPr>
            </w:pPr>
            <w:r w:rsidRPr="51A3AA3A">
              <w:rPr>
                <w:sz w:val="19"/>
                <w:szCs w:val="19"/>
                <w:lang w:val="cs-CZ"/>
              </w:rPr>
              <w:t xml:space="preserve">Příloha </w:t>
            </w:r>
            <w:r w:rsidR="63052A29" w:rsidRPr="51A3AA3A">
              <w:rPr>
                <w:sz w:val="19"/>
                <w:szCs w:val="19"/>
                <w:lang w:val="cs-CZ"/>
              </w:rPr>
              <w:t>02_0</w:t>
            </w:r>
            <w:r w:rsidR="10B1043E" w:rsidRPr="51A3AA3A">
              <w:rPr>
                <w:sz w:val="19"/>
                <w:szCs w:val="19"/>
                <w:lang w:val="cs-CZ"/>
              </w:rPr>
              <w:t>7</w:t>
            </w:r>
          </w:p>
        </w:tc>
        <w:tc>
          <w:tcPr>
            <w:tcW w:w="73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051A1C" w14:textId="57F01D38" w:rsidR="0077494F" w:rsidRPr="00983753" w:rsidRDefault="005B651C">
            <w:pPr>
              <w:spacing w:before="40" w:after="40"/>
              <w:rPr>
                <w:lang w:val="cs-CZ"/>
              </w:rPr>
            </w:pPr>
            <w:r w:rsidRPr="00983753">
              <w:rPr>
                <w:sz w:val="19"/>
                <w:lang w:val="cs-CZ"/>
              </w:rPr>
              <w:t xml:space="preserve">Nabídka a </w:t>
            </w:r>
            <w:proofErr w:type="spellStart"/>
            <w:r w:rsidRPr="00983753">
              <w:rPr>
                <w:sz w:val="19"/>
                <w:lang w:val="cs-CZ"/>
              </w:rPr>
              <w:t>dopřesnění</w:t>
            </w:r>
            <w:proofErr w:type="spellEnd"/>
            <w:r w:rsidRPr="00983753">
              <w:rPr>
                <w:sz w:val="19"/>
                <w:lang w:val="cs-CZ"/>
              </w:rPr>
              <w:t xml:space="preserve"> parametrů vybraného Zhotovitele – bude doplněno po výběru zhotovitele</w:t>
            </w:r>
          </w:p>
        </w:tc>
      </w:tr>
    </w:tbl>
    <w:p w14:paraId="5611CC92" w14:textId="77777777" w:rsidR="0077494F" w:rsidRPr="0026347F" w:rsidRDefault="0077494F">
      <w:pPr>
        <w:spacing w:after="40"/>
        <w:rPr>
          <w:lang w:val="cs-CZ"/>
        </w:rPr>
      </w:pPr>
    </w:p>
    <w:p w14:paraId="03E1E9C4" w14:textId="77777777" w:rsidR="0077494F" w:rsidRPr="0026347F" w:rsidRDefault="005B651C">
      <w:pPr>
        <w:spacing w:before="240" w:after="120"/>
        <w:rPr>
          <w:lang w:val="cs-CZ"/>
        </w:rPr>
      </w:pPr>
      <w:r w:rsidRPr="0026347F">
        <w:rPr>
          <w:b/>
          <w:sz w:val="28"/>
          <w:lang w:val="cs-CZ"/>
        </w:rPr>
        <w:t>Podpisy Smluvních stran</w:t>
      </w:r>
    </w:p>
    <w:tbl>
      <w:tblPr>
        <w:tblStyle w:val="Mkatabulky"/>
        <w:tblW w:w="0" w:type="auto"/>
        <w:jc w:val="center"/>
        <w:tblLook w:val="04A0" w:firstRow="1" w:lastRow="0" w:firstColumn="1" w:lastColumn="0" w:noHBand="0" w:noVBand="1"/>
      </w:tblPr>
      <w:tblGrid>
        <w:gridCol w:w="4819"/>
        <w:gridCol w:w="4819"/>
      </w:tblGrid>
      <w:tr w:rsidR="0077494F" w:rsidRPr="0026347F" w14:paraId="40082918" w14:textId="77777777">
        <w:trPr>
          <w:tblHeader/>
          <w:jc w:val="center"/>
        </w:trPr>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0CD1A6D3" w14:textId="77777777" w:rsidR="0077494F" w:rsidRPr="0026347F" w:rsidRDefault="005B651C">
            <w:pPr>
              <w:spacing w:before="40" w:after="40"/>
              <w:rPr>
                <w:lang w:val="cs-CZ"/>
              </w:rPr>
            </w:pPr>
            <w:r w:rsidRPr="0026347F">
              <w:rPr>
                <w:b/>
                <w:sz w:val="19"/>
                <w:lang w:val="cs-CZ"/>
              </w:rPr>
              <w:t>Objednatel</w:t>
            </w:r>
          </w:p>
        </w:tc>
        <w:tc>
          <w:tcPr>
            <w:tcW w:w="4819" w:type="dxa"/>
            <w:tcBorders>
              <w:top w:val="single" w:sz="4" w:space="0" w:color="BFBFBF"/>
              <w:left w:val="single" w:sz="4" w:space="0" w:color="BFBFBF"/>
              <w:bottom w:val="single" w:sz="4" w:space="0" w:color="BFBFBF"/>
              <w:right w:val="single" w:sz="4" w:space="0" w:color="BFBFBF"/>
            </w:tcBorders>
            <w:shd w:val="clear" w:color="auto" w:fill="D9EAF7"/>
            <w:vAlign w:val="center"/>
          </w:tcPr>
          <w:p w14:paraId="61F99CFB" w14:textId="77777777" w:rsidR="0077494F" w:rsidRPr="0026347F" w:rsidRDefault="005B651C">
            <w:pPr>
              <w:spacing w:before="40" w:after="40"/>
              <w:rPr>
                <w:lang w:val="cs-CZ"/>
              </w:rPr>
            </w:pPr>
            <w:r w:rsidRPr="0026347F">
              <w:rPr>
                <w:b/>
                <w:sz w:val="19"/>
                <w:lang w:val="cs-CZ"/>
              </w:rPr>
              <w:t>Zhotovitel</w:t>
            </w:r>
          </w:p>
        </w:tc>
      </w:tr>
      <w:tr w:rsidR="0077494F" w:rsidRPr="00EA1520" w14:paraId="22C9FB25" w14:textId="77777777">
        <w:trPr>
          <w:jc w:val="center"/>
        </w:trPr>
        <w:tc>
          <w:tcPr>
            <w:tcW w:w="4819" w:type="dxa"/>
            <w:tcBorders>
              <w:top w:val="single" w:sz="4" w:space="0" w:color="BFBFBF"/>
              <w:left w:val="single" w:sz="4" w:space="0" w:color="BFBFBF"/>
              <w:bottom w:val="single" w:sz="4" w:space="0" w:color="BFBFBF"/>
              <w:right w:val="single" w:sz="4" w:space="0" w:color="BFBFBF"/>
            </w:tcBorders>
            <w:vAlign w:val="center"/>
          </w:tcPr>
          <w:p w14:paraId="141D4461" w14:textId="77777777" w:rsidR="0077494F" w:rsidRPr="0026347F" w:rsidRDefault="005B651C">
            <w:pPr>
              <w:spacing w:before="40" w:after="40"/>
              <w:rPr>
                <w:lang w:val="cs-CZ"/>
              </w:rPr>
            </w:pPr>
            <w:r w:rsidRPr="0026347F">
              <w:rPr>
                <w:sz w:val="19"/>
                <w:lang w:val="cs-CZ"/>
              </w:rPr>
              <w:t>V [DOPLNIT] dne [DOPLNIT]</w:t>
            </w:r>
            <w:r w:rsidRPr="0026347F">
              <w:rPr>
                <w:sz w:val="19"/>
                <w:lang w:val="cs-CZ"/>
              </w:rPr>
              <w:br/>
            </w:r>
            <w:r w:rsidRPr="0026347F">
              <w:rPr>
                <w:sz w:val="19"/>
                <w:lang w:val="cs-CZ"/>
              </w:rPr>
              <w:br/>
              <w:t>Za Objednatele:</w:t>
            </w:r>
            <w:r w:rsidRPr="0026347F">
              <w:rPr>
                <w:sz w:val="19"/>
                <w:lang w:val="cs-CZ"/>
              </w:rPr>
              <w:br/>
              <w:t>NOVÁ HUŤ s.r.o.</w:t>
            </w:r>
            <w:r w:rsidRPr="0026347F">
              <w:rPr>
                <w:sz w:val="19"/>
                <w:lang w:val="cs-CZ"/>
              </w:rPr>
              <w:br/>
            </w:r>
            <w:r w:rsidRPr="0026347F">
              <w:rPr>
                <w:sz w:val="19"/>
                <w:lang w:val="cs-CZ"/>
              </w:rPr>
              <w:br/>
              <w:t>Jméno: [DOPLNIT]</w:t>
            </w:r>
            <w:r w:rsidRPr="0026347F">
              <w:rPr>
                <w:sz w:val="19"/>
                <w:lang w:val="cs-CZ"/>
              </w:rPr>
              <w:br/>
              <w:t>Funkce: [DOPLNIT]</w:t>
            </w:r>
            <w:r w:rsidRPr="0026347F">
              <w:rPr>
                <w:sz w:val="19"/>
                <w:lang w:val="cs-CZ"/>
              </w:rPr>
              <w:br/>
            </w:r>
            <w:r w:rsidRPr="0026347F">
              <w:rPr>
                <w:sz w:val="19"/>
                <w:lang w:val="cs-CZ"/>
              </w:rPr>
              <w:br/>
              <w:t>Podpis: ______________________________</w:t>
            </w:r>
          </w:p>
        </w:tc>
        <w:tc>
          <w:tcPr>
            <w:tcW w:w="4819" w:type="dxa"/>
            <w:tcBorders>
              <w:top w:val="single" w:sz="4" w:space="0" w:color="BFBFBF"/>
              <w:left w:val="single" w:sz="4" w:space="0" w:color="BFBFBF"/>
              <w:bottom w:val="single" w:sz="4" w:space="0" w:color="BFBFBF"/>
              <w:right w:val="single" w:sz="4" w:space="0" w:color="BFBFBF"/>
            </w:tcBorders>
            <w:vAlign w:val="center"/>
          </w:tcPr>
          <w:p w14:paraId="41D4FBBB" w14:textId="77777777" w:rsidR="0077494F" w:rsidRPr="0026347F" w:rsidRDefault="005B651C">
            <w:pPr>
              <w:spacing w:before="40" w:after="40"/>
              <w:rPr>
                <w:lang w:val="cs-CZ"/>
              </w:rPr>
            </w:pPr>
            <w:r w:rsidRPr="0026347F">
              <w:rPr>
                <w:sz w:val="19"/>
                <w:lang w:val="cs-CZ"/>
              </w:rPr>
              <w:t>V [</w:t>
            </w:r>
            <w:r w:rsidRPr="00A66373">
              <w:rPr>
                <w:sz w:val="19"/>
                <w:highlight w:val="yellow"/>
                <w:lang w:val="cs-CZ"/>
              </w:rPr>
              <w:t>DOPLNIT</w:t>
            </w:r>
            <w:r w:rsidRPr="0026347F">
              <w:rPr>
                <w:sz w:val="19"/>
                <w:lang w:val="cs-CZ"/>
              </w:rPr>
              <w:t>] dne [</w:t>
            </w:r>
            <w:r w:rsidRPr="00A66373">
              <w:rPr>
                <w:sz w:val="19"/>
                <w:highlight w:val="yellow"/>
                <w:lang w:val="cs-CZ"/>
              </w:rPr>
              <w:t>DOPLNIT</w:t>
            </w:r>
            <w:r w:rsidRPr="0026347F">
              <w:rPr>
                <w:sz w:val="19"/>
                <w:lang w:val="cs-CZ"/>
              </w:rPr>
              <w:t>]</w:t>
            </w:r>
            <w:r w:rsidRPr="0026347F">
              <w:rPr>
                <w:sz w:val="19"/>
                <w:lang w:val="cs-CZ"/>
              </w:rPr>
              <w:br/>
            </w:r>
            <w:r w:rsidRPr="0026347F">
              <w:rPr>
                <w:sz w:val="19"/>
                <w:lang w:val="cs-CZ"/>
              </w:rPr>
              <w:br/>
              <w:t>Za Zhotovitele:</w:t>
            </w:r>
            <w:r w:rsidRPr="0026347F">
              <w:rPr>
                <w:sz w:val="19"/>
                <w:lang w:val="cs-CZ"/>
              </w:rPr>
              <w:br/>
              <w:t>[</w:t>
            </w:r>
            <w:r w:rsidRPr="00A66373">
              <w:rPr>
                <w:sz w:val="19"/>
                <w:highlight w:val="yellow"/>
                <w:lang w:val="cs-CZ"/>
              </w:rPr>
              <w:t>DOPLNIT</w:t>
            </w:r>
            <w:r w:rsidRPr="0026347F">
              <w:rPr>
                <w:sz w:val="19"/>
                <w:lang w:val="cs-CZ"/>
              </w:rPr>
              <w:t>]</w:t>
            </w:r>
            <w:r w:rsidRPr="0026347F">
              <w:rPr>
                <w:sz w:val="19"/>
                <w:lang w:val="cs-CZ"/>
              </w:rPr>
              <w:br/>
            </w:r>
            <w:r w:rsidRPr="0026347F">
              <w:rPr>
                <w:sz w:val="19"/>
                <w:lang w:val="cs-CZ"/>
              </w:rPr>
              <w:br/>
              <w:t>Jméno: [</w:t>
            </w:r>
            <w:r w:rsidRPr="00A66373">
              <w:rPr>
                <w:sz w:val="19"/>
                <w:highlight w:val="yellow"/>
                <w:lang w:val="cs-CZ"/>
              </w:rPr>
              <w:t>DOPLNIT</w:t>
            </w:r>
            <w:r w:rsidRPr="0026347F">
              <w:rPr>
                <w:sz w:val="19"/>
                <w:lang w:val="cs-CZ"/>
              </w:rPr>
              <w:t>]</w:t>
            </w:r>
            <w:r w:rsidRPr="0026347F">
              <w:rPr>
                <w:sz w:val="19"/>
                <w:lang w:val="cs-CZ"/>
              </w:rPr>
              <w:br/>
              <w:t>Funkce: [</w:t>
            </w:r>
            <w:r w:rsidRPr="00A66373">
              <w:rPr>
                <w:sz w:val="19"/>
                <w:highlight w:val="yellow"/>
                <w:lang w:val="cs-CZ"/>
              </w:rPr>
              <w:t>DOPLNIT</w:t>
            </w:r>
            <w:r w:rsidRPr="0026347F">
              <w:rPr>
                <w:sz w:val="19"/>
                <w:lang w:val="cs-CZ"/>
              </w:rPr>
              <w:t>]</w:t>
            </w:r>
            <w:r w:rsidRPr="0026347F">
              <w:rPr>
                <w:sz w:val="19"/>
                <w:lang w:val="cs-CZ"/>
              </w:rPr>
              <w:br/>
            </w:r>
            <w:r w:rsidRPr="0026347F">
              <w:rPr>
                <w:sz w:val="19"/>
                <w:lang w:val="cs-CZ"/>
              </w:rPr>
              <w:br/>
              <w:t>Podpis: ______________________________</w:t>
            </w:r>
          </w:p>
        </w:tc>
      </w:tr>
    </w:tbl>
    <w:p w14:paraId="39B4757C" w14:textId="77777777" w:rsidR="0077494F" w:rsidRPr="0026347F" w:rsidRDefault="0077494F">
      <w:pPr>
        <w:spacing w:after="40"/>
        <w:rPr>
          <w:lang w:val="cs-CZ"/>
        </w:rPr>
      </w:pPr>
    </w:p>
    <w:p w14:paraId="5B0BF4FB" w14:textId="74FD0B13" w:rsidR="0077494F" w:rsidRPr="0026347F" w:rsidRDefault="0077494F">
      <w:pPr>
        <w:rPr>
          <w:lang w:val="cs-CZ"/>
        </w:rPr>
      </w:pPr>
    </w:p>
    <w:sectPr w:rsidR="0077494F" w:rsidRPr="0026347F" w:rsidSect="00034616">
      <w:headerReference w:type="default" r:id="rId10"/>
      <w:footerReference w:type="default" r:id="rId11"/>
      <w:pgSz w:w="12240" w:h="15840"/>
      <w:pgMar w:top="1020"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6B118" w14:textId="77777777" w:rsidR="00583BC4" w:rsidRDefault="00583BC4">
      <w:pPr>
        <w:spacing w:after="0" w:line="240" w:lineRule="auto"/>
      </w:pPr>
      <w:r>
        <w:separator/>
      </w:r>
    </w:p>
  </w:endnote>
  <w:endnote w:type="continuationSeparator" w:id="0">
    <w:p w14:paraId="7E4D793C" w14:textId="77777777" w:rsidR="00583BC4" w:rsidRDefault="00583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08EC" w14:textId="0DBE7C9C" w:rsidR="005B651C" w:rsidRPr="005973B6" w:rsidRDefault="003B530B">
    <w:pPr>
      <w:pStyle w:val="Zpat"/>
      <w:jc w:val="right"/>
      <w:rPr>
        <w:lang w:val="pl-PL"/>
      </w:rPr>
    </w:pPr>
    <w:r>
      <w:rPr>
        <w:rFonts w:cs="Arial"/>
        <w:sz w:val="16"/>
        <w:szCs w:val="16"/>
        <w:lang w:val="cs-CZ"/>
      </w:rPr>
      <w:t>A</w:t>
    </w:r>
    <w:r w:rsidRPr="003B530B">
      <w:rPr>
        <w:rFonts w:cs="Arial"/>
        <w:sz w:val="16"/>
        <w:szCs w:val="16"/>
        <w:lang w:val="cs-CZ"/>
      </w:rPr>
      <w:t>utomatick</w:t>
    </w:r>
    <w:r>
      <w:rPr>
        <w:rFonts w:cs="Arial"/>
        <w:sz w:val="16"/>
        <w:szCs w:val="16"/>
        <w:lang w:val="cs-CZ"/>
      </w:rPr>
      <w:t>ý</w:t>
    </w:r>
    <w:r w:rsidRPr="003B530B">
      <w:rPr>
        <w:rFonts w:cs="Arial"/>
        <w:sz w:val="16"/>
        <w:szCs w:val="16"/>
        <w:lang w:val="cs-CZ"/>
      </w:rPr>
      <w:t xml:space="preserve"> zkušební systém pro provádění tahových zkoušek na plochých vzorcích a podélných výřezech z trubek</w:t>
    </w:r>
    <w:r w:rsidR="005B651C" w:rsidRPr="00A3238B">
      <w:rPr>
        <w:sz w:val="16"/>
        <w:lang w:val="pl-PL"/>
      </w:rPr>
      <w:t xml:space="preserve"> </w:t>
    </w:r>
    <w:r w:rsidR="005B651C" w:rsidRPr="00A3238B">
      <w:rPr>
        <w:sz w:val="16"/>
        <w:lang w:val="pl-PL"/>
      </w:rPr>
      <w:t xml:space="preserve">| strana </w:t>
    </w:r>
    <w:r w:rsidR="005B651C" w:rsidRPr="00A3238B">
      <w:fldChar w:fldCharType="begin"/>
    </w:r>
    <w:r w:rsidR="005B651C" w:rsidRPr="00A3238B">
      <w:rPr>
        <w:lang w:val="pl-PL"/>
      </w:rPr>
      <w:instrText>PAGE</w:instrText>
    </w:r>
    <w:r w:rsidR="005B651C" w:rsidRPr="00A3238B">
      <w:fldChar w:fldCharType="separate"/>
    </w:r>
    <w:r w:rsidR="003B6843" w:rsidRPr="00A3238B">
      <w:rPr>
        <w:noProof/>
        <w:lang w:val="pl-PL"/>
      </w:rPr>
      <w:t>16</w:t>
    </w:r>
    <w:r w:rsidR="005B651C" w:rsidRPr="00A3238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EA9D" w14:textId="77777777" w:rsidR="00583BC4" w:rsidRDefault="00583BC4">
      <w:pPr>
        <w:spacing w:after="0" w:line="240" w:lineRule="auto"/>
      </w:pPr>
      <w:r>
        <w:separator/>
      </w:r>
    </w:p>
  </w:footnote>
  <w:footnote w:type="continuationSeparator" w:id="0">
    <w:p w14:paraId="7B86C985" w14:textId="77777777" w:rsidR="00583BC4" w:rsidRDefault="00583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1"/>
      <w:tblW w:w="0" w:type="auto"/>
      <w:tblLook w:val="06A0" w:firstRow="1" w:lastRow="0" w:firstColumn="1" w:lastColumn="0" w:noHBand="1" w:noVBand="1"/>
    </w:tblPr>
    <w:tblGrid>
      <w:gridCol w:w="3400"/>
      <w:gridCol w:w="3400"/>
      <w:gridCol w:w="3400"/>
    </w:tblGrid>
    <w:tr w:rsidR="7A71E351" w14:paraId="6BD8BA4D" w14:textId="77777777" w:rsidTr="7A71E351">
      <w:trPr>
        <w:trHeight w:val="300"/>
      </w:trPr>
      <w:tc>
        <w:tcPr>
          <w:tcW w:w="3400" w:type="dxa"/>
        </w:tcPr>
        <w:p w14:paraId="644EAD47" w14:textId="720CA31B" w:rsidR="7A71E351" w:rsidRDefault="7A71E351" w:rsidP="7A71E351">
          <w:pPr>
            <w:pStyle w:val="Zhlav"/>
            <w:ind w:left="-115"/>
          </w:pPr>
        </w:p>
      </w:tc>
      <w:tc>
        <w:tcPr>
          <w:tcW w:w="3400" w:type="dxa"/>
        </w:tcPr>
        <w:p w14:paraId="0EC7D0ED" w14:textId="750339E3" w:rsidR="7A71E351" w:rsidRDefault="7A71E351" w:rsidP="7A71E351">
          <w:pPr>
            <w:pStyle w:val="Zhlav"/>
            <w:jc w:val="center"/>
          </w:pPr>
        </w:p>
      </w:tc>
      <w:tc>
        <w:tcPr>
          <w:tcW w:w="3400" w:type="dxa"/>
        </w:tcPr>
        <w:p w14:paraId="56C96558" w14:textId="535E6408" w:rsidR="7A71E351" w:rsidRDefault="7A71E351" w:rsidP="7A71E351">
          <w:pPr>
            <w:pStyle w:val="Zhlav"/>
            <w:ind w:right="-115"/>
            <w:jc w:val="right"/>
          </w:pPr>
        </w:p>
      </w:tc>
    </w:tr>
  </w:tbl>
  <w:p w14:paraId="6DFEAF6D" w14:textId="0AC7F0F7" w:rsidR="7A71E351" w:rsidRDefault="7A71E351" w:rsidP="7A71E35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093741378">
    <w:abstractNumId w:val="1"/>
  </w:num>
  <w:num w:numId="2" w16cid:durableId="1100832057">
    <w:abstractNumId w:val="0"/>
  </w:num>
  <w:num w:numId="3" w16cid:durableId="1149396584">
    <w:abstractNumId w:val="3"/>
  </w:num>
  <w:num w:numId="4" w16cid:durableId="1598099135">
    <w:abstractNumId w:val="7"/>
  </w:num>
  <w:num w:numId="5" w16cid:durableId="1821385342">
    <w:abstractNumId w:val="4"/>
  </w:num>
  <w:num w:numId="6" w16cid:durableId="554702928">
    <w:abstractNumId w:val="8"/>
  </w:num>
  <w:num w:numId="7" w16cid:durableId="757605509">
    <w:abstractNumId w:val="6"/>
  </w:num>
  <w:num w:numId="8" w16cid:durableId="802885755">
    <w:abstractNumId w:val="2"/>
  </w:num>
  <w:num w:numId="9" w16cid:durableId="819276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D17"/>
    <w:rsid w:val="00031203"/>
    <w:rsid w:val="00034616"/>
    <w:rsid w:val="000416D3"/>
    <w:rsid w:val="000503A2"/>
    <w:rsid w:val="0006063C"/>
    <w:rsid w:val="00090923"/>
    <w:rsid w:val="000A1A9C"/>
    <w:rsid w:val="000A63CB"/>
    <w:rsid w:val="000B008A"/>
    <w:rsid w:val="000C0A96"/>
    <w:rsid w:val="000C5EAC"/>
    <w:rsid w:val="000E082C"/>
    <w:rsid w:val="000F1514"/>
    <w:rsid w:val="000F3476"/>
    <w:rsid w:val="000F3840"/>
    <w:rsid w:val="000F4F91"/>
    <w:rsid w:val="000F5415"/>
    <w:rsid w:val="000F5719"/>
    <w:rsid w:val="000F7DE6"/>
    <w:rsid w:val="00114306"/>
    <w:rsid w:val="00121AE6"/>
    <w:rsid w:val="00136CA7"/>
    <w:rsid w:val="0015074B"/>
    <w:rsid w:val="00152D31"/>
    <w:rsid w:val="001547BC"/>
    <w:rsid w:val="001577E7"/>
    <w:rsid w:val="00157B01"/>
    <w:rsid w:val="00170F58"/>
    <w:rsid w:val="00172F3F"/>
    <w:rsid w:val="00173313"/>
    <w:rsid w:val="00175ECA"/>
    <w:rsid w:val="00184F98"/>
    <w:rsid w:val="00185BA0"/>
    <w:rsid w:val="001917C1"/>
    <w:rsid w:val="00191FA3"/>
    <w:rsid w:val="001A70A5"/>
    <w:rsid w:val="001B6410"/>
    <w:rsid w:val="001E0360"/>
    <w:rsid w:val="001F3AAF"/>
    <w:rsid w:val="00207129"/>
    <w:rsid w:val="00211E37"/>
    <w:rsid w:val="0022069E"/>
    <w:rsid w:val="00223D4D"/>
    <w:rsid w:val="00224128"/>
    <w:rsid w:val="00224E35"/>
    <w:rsid w:val="00241015"/>
    <w:rsid w:val="002427BF"/>
    <w:rsid w:val="0026347F"/>
    <w:rsid w:val="00266FE5"/>
    <w:rsid w:val="00282803"/>
    <w:rsid w:val="00283A85"/>
    <w:rsid w:val="00287709"/>
    <w:rsid w:val="00294939"/>
    <w:rsid w:val="0029639D"/>
    <w:rsid w:val="002A26F2"/>
    <w:rsid w:val="002A6763"/>
    <w:rsid w:val="002B3B34"/>
    <w:rsid w:val="002B475C"/>
    <w:rsid w:val="002B794F"/>
    <w:rsid w:val="002C1C2B"/>
    <w:rsid w:val="002D386A"/>
    <w:rsid w:val="002D4462"/>
    <w:rsid w:val="002E6974"/>
    <w:rsid w:val="002E72B0"/>
    <w:rsid w:val="002F206D"/>
    <w:rsid w:val="002F3C99"/>
    <w:rsid w:val="00304634"/>
    <w:rsid w:val="003049EF"/>
    <w:rsid w:val="00304A39"/>
    <w:rsid w:val="00314965"/>
    <w:rsid w:val="00326F90"/>
    <w:rsid w:val="0036074F"/>
    <w:rsid w:val="0037554A"/>
    <w:rsid w:val="00383A1C"/>
    <w:rsid w:val="00383DAA"/>
    <w:rsid w:val="00391669"/>
    <w:rsid w:val="003A5275"/>
    <w:rsid w:val="003B530B"/>
    <w:rsid w:val="003B6843"/>
    <w:rsid w:val="003C528A"/>
    <w:rsid w:val="003E45FB"/>
    <w:rsid w:val="003E73F3"/>
    <w:rsid w:val="003E7A36"/>
    <w:rsid w:val="003F0E0D"/>
    <w:rsid w:val="003F34B0"/>
    <w:rsid w:val="004164D9"/>
    <w:rsid w:val="00431B72"/>
    <w:rsid w:val="0044278E"/>
    <w:rsid w:val="00445B90"/>
    <w:rsid w:val="0045390D"/>
    <w:rsid w:val="004825AB"/>
    <w:rsid w:val="0048754C"/>
    <w:rsid w:val="00495113"/>
    <w:rsid w:val="00495F57"/>
    <w:rsid w:val="00496700"/>
    <w:rsid w:val="004A75AC"/>
    <w:rsid w:val="004C62DE"/>
    <w:rsid w:val="004D0716"/>
    <w:rsid w:val="004D5A0D"/>
    <w:rsid w:val="004F0AE2"/>
    <w:rsid w:val="004F7F72"/>
    <w:rsid w:val="005016ED"/>
    <w:rsid w:val="005068BD"/>
    <w:rsid w:val="005102D8"/>
    <w:rsid w:val="005112BD"/>
    <w:rsid w:val="00525B33"/>
    <w:rsid w:val="00527287"/>
    <w:rsid w:val="00527C1F"/>
    <w:rsid w:val="00545958"/>
    <w:rsid w:val="00556529"/>
    <w:rsid w:val="00561BCA"/>
    <w:rsid w:val="00571E6B"/>
    <w:rsid w:val="00581992"/>
    <w:rsid w:val="005830E1"/>
    <w:rsid w:val="005834D1"/>
    <w:rsid w:val="00583BC4"/>
    <w:rsid w:val="005973B6"/>
    <w:rsid w:val="005A0F42"/>
    <w:rsid w:val="005B651C"/>
    <w:rsid w:val="005C1719"/>
    <w:rsid w:val="005C795A"/>
    <w:rsid w:val="005F07C7"/>
    <w:rsid w:val="005F3539"/>
    <w:rsid w:val="0060546C"/>
    <w:rsid w:val="0060658A"/>
    <w:rsid w:val="00615166"/>
    <w:rsid w:val="00620CE1"/>
    <w:rsid w:val="00633F42"/>
    <w:rsid w:val="00635590"/>
    <w:rsid w:val="00647B4E"/>
    <w:rsid w:val="00647F8F"/>
    <w:rsid w:val="00653745"/>
    <w:rsid w:val="00665A19"/>
    <w:rsid w:val="00676112"/>
    <w:rsid w:val="006764CB"/>
    <w:rsid w:val="00681996"/>
    <w:rsid w:val="00687AE8"/>
    <w:rsid w:val="00695D5E"/>
    <w:rsid w:val="006A2270"/>
    <w:rsid w:val="006B3F02"/>
    <w:rsid w:val="006B7C63"/>
    <w:rsid w:val="006C1DF6"/>
    <w:rsid w:val="006E1F77"/>
    <w:rsid w:val="006F6131"/>
    <w:rsid w:val="007006F2"/>
    <w:rsid w:val="0071338F"/>
    <w:rsid w:val="0074244B"/>
    <w:rsid w:val="007472EE"/>
    <w:rsid w:val="007513DA"/>
    <w:rsid w:val="00765361"/>
    <w:rsid w:val="0077494F"/>
    <w:rsid w:val="007B3F98"/>
    <w:rsid w:val="007C0D14"/>
    <w:rsid w:val="007C5486"/>
    <w:rsid w:val="007C6016"/>
    <w:rsid w:val="007D216F"/>
    <w:rsid w:val="007D6464"/>
    <w:rsid w:val="007E00D5"/>
    <w:rsid w:val="007F2D86"/>
    <w:rsid w:val="00817C16"/>
    <w:rsid w:val="008309FC"/>
    <w:rsid w:val="00836E06"/>
    <w:rsid w:val="0084466E"/>
    <w:rsid w:val="00856D42"/>
    <w:rsid w:val="00857EA4"/>
    <w:rsid w:val="0085EF99"/>
    <w:rsid w:val="0086273A"/>
    <w:rsid w:val="0086413E"/>
    <w:rsid w:val="0087475C"/>
    <w:rsid w:val="00884920"/>
    <w:rsid w:val="0089297F"/>
    <w:rsid w:val="008A0409"/>
    <w:rsid w:val="008A2C77"/>
    <w:rsid w:val="008A32A7"/>
    <w:rsid w:val="008B5976"/>
    <w:rsid w:val="008D0000"/>
    <w:rsid w:val="008D55E3"/>
    <w:rsid w:val="008D6DE9"/>
    <w:rsid w:val="008E4220"/>
    <w:rsid w:val="00903E29"/>
    <w:rsid w:val="009131B5"/>
    <w:rsid w:val="009266CF"/>
    <w:rsid w:val="00930B49"/>
    <w:rsid w:val="009346A9"/>
    <w:rsid w:val="0095005C"/>
    <w:rsid w:val="00967C95"/>
    <w:rsid w:val="00983753"/>
    <w:rsid w:val="00987BCE"/>
    <w:rsid w:val="00990789"/>
    <w:rsid w:val="00992DD6"/>
    <w:rsid w:val="009942A5"/>
    <w:rsid w:val="00995C30"/>
    <w:rsid w:val="009B67E4"/>
    <w:rsid w:val="009F71BB"/>
    <w:rsid w:val="00A06C4F"/>
    <w:rsid w:val="00A10E3F"/>
    <w:rsid w:val="00A1190B"/>
    <w:rsid w:val="00A1215C"/>
    <w:rsid w:val="00A15B97"/>
    <w:rsid w:val="00A26475"/>
    <w:rsid w:val="00A30407"/>
    <w:rsid w:val="00A3238B"/>
    <w:rsid w:val="00A34A97"/>
    <w:rsid w:val="00A359AD"/>
    <w:rsid w:val="00A46D9F"/>
    <w:rsid w:val="00A53338"/>
    <w:rsid w:val="00A66373"/>
    <w:rsid w:val="00A74533"/>
    <w:rsid w:val="00A8172C"/>
    <w:rsid w:val="00A95223"/>
    <w:rsid w:val="00AA01E8"/>
    <w:rsid w:val="00AA1D8D"/>
    <w:rsid w:val="00AB1F93"/>
    <w:rsid w:val="00AB2AB0"/>
    <w:rsid w:val="00AB4977"/>
    <w:rsid w:val="00AB764B"/>
    <w:rsid w:val="00AC186D"/>
    <w:rsid w:val="00AE5003"/>
    <w:rsid w:val="00AF278F"/>
    <w:rsid w:val="00B03189"/>
    <w:rsid w:val="00B11B82"/>
    <w:rsid w:val="00B42AA3"/>
    <w:rsid w:val="00B45177"/>
    <w:rsid w:val="00B47730"/>
    <w:rsid w:val="00B55CA4"/>
    <w:rsid w:val="00B71A56"/>
    <w:rsid w:val="00B7336D"/>
    <w:rsid w:val="00B75FD0"/>
    <w:rsid w:val="00BA0319"/>
    <w:rsid w:val="00BA7351"/>
    <w:rsid w:val="00BB26DE"/>
    <w:rsid w:val="00BB6158"/>
    <w:rsid w:val="00BD1CDE"/>
    <w:rsid w:val="00BE03A9"/>
    <w:rsid w:val="00BE1605"/>
    <w:rsid w:val="00BE7BC1"/>
    <w:rsid w:val="00BF7A29"/>
    <w:rsid w:val="00BFEEA7"/>
    <w:rsid w:val="00C05BB3"/>
    <w:rsid w:val="00C10429"/>
    <w:rsid w:val="00C1394E"/>
    <w:rsid w:val="00C24306"/>
    <w:rsid w:val="00C36C95"/>
    <w:rsid w:val="00C4267D"/>
    <w:rsid w:val="00C5778F"/>
    <w:rsid w:val="00C65CBC"/>
    <w:rsid w:val="00C74053"/>
    <w:rsid w:val="00C7512C"/>
    <w:rsid w:val="00C80E6D"/>
    <w:rsid w:val="00C97ACC"/>
    <w:rsid w:val="00CA1494"/>
    <w:rsid w:val="00CA1A0A"/>
    <w:rsid w:val="00CA3B2F"/>
    <w:rsid w:val="00CA7419"/>
    <w:rsid w:val="00CB0664"/>
    <w:rsid w:val="00CB5354"/>
    <w:rsid w:val="00CC3707"/>
    <w:rsid w:val="00CC6420"/>
    <w:rsid w:val="00CD4DF4"/>
    <w:rsid w:val="00CE66A8"/>
    <w:rsid w:val="00CF0260"/>
    <w:rsid w:val="00CF4F1A"/>
    <w:rsid w:val="00CF63A2"/>
    <w:rsid w:val="00D00E9D"/>
    <w:rsid w:val="00D0697A"/>
    <w:rsid w:val="00D17D2D"/>
    <w:rsid w:val="00D21E6F"/>
    <w:rsid w:val="00D33198"/>
    <w:rsid w:val="00D3399F"/>
    <w:rsid w:val="00D45E48"/>
    <w:rsid w:val="00D46C52"/>
    <w:rsid w:val="00D557BA"/>
    <w:rsid w:val="00D56CE1"/>
    <w:rsid w:val="00D849C4"/>
    <w:rsid w:val="00D8622C"/>
    <w:rsid w:val="00D87B2F"/>
    <w:rsid w:val="00D94583"/>
    <w:rsid w:val="00DA0E15"/>
    <w:rsid w:val="00DA7777"/>
    <w:rsid w:val="00DC47FA"/>
    <w:rsid w:val="00E06CB0"/>
    <w:rsid w:val="00E07885"/>
    <w:rsid w:val="00E135E9"/>
    <w:rsid w:val="00E14F6A"/>
    <w:rsid w:val="00E1508D"/>
    <w:rsid w:val="00E231D7"/>
    <w:rsid w:val="00E23CBB"/>
    <w:rsid w:val="00E36D52"/>
    <w:rsid w:val="00E37B54"/>
    <w:rsid w:val="00E41BC7"/>
    <w:rsid w:val="00E66101"/>
    <w:rsid w:val="00E67859"/>
    <w:rsid w:val="00E714CA"/>
    <w:rsid w:val="00E73ADA"/>
    <w:rsid w:val="00E81B12"/>
    <w:rsid w:val="00E95F68"/>
    <w:rsid w:val="00EA1520"/>
    <w:rsid w:val="00EA3DDA"/>
    <w:rsid w:val="00EA5CA0"/>
    <w:rsid w:val="00ED7B45"/>
    <w:rsid w:val="00EE4BC1"/>
    <w:rsid w:val="00F00BC0"/>
    <w:rsid w:val="00F01DA3"/>
    <w:rsid w:val="00F047AE"/>
    <w:rsid w:val="00F15598"/>
    <w:rsid w:val="00F32626"/>
    <w:rsid w:val="00F4144A"/>
    <w:rsid w:val="00F5010F"/>
    <w:rsid w:val="00F65F39"/>
    <w:rsid w:val="00F737B5"/>
    <w:rsid w:val="00F81C2D"/>
    <w:rsid w:val="00FA123A"/>
    <w:rsid w:val="00FA7FEF"/>
    <w:rsid w:val="00FB731C"/>
    <w:rsid w:val="00FC693F"/>
    <w:rsid w:val="00FC76C1"/>
    <w:rsid w:val="00FD4623"/>
    <w:rsid w:val="00FE3359"/>
    <w:rsid w:val="00FF0A24"/>
    <w:rsid w:val="00FF2957"/>
    <w:rsid w:val="01589E52"/>
    <w:rsid w:val="01ABD82F"/>
    <w:rsid w:val="01C25E31"/>
    <w:rsid w:val="02843921"/>
    <w:rsid w:val="0294DA7C"/>
    <w:rsid w:val="02D26883"/>
    <w:rsid w:val="02D49511"/>
    <w:rsid w:val="032878AF"/>
    <w:rsid w:val="032CFD11"/>
    <w:rsid w:val="035DF6BF"/>
    <w:rsid w:val="04689E4D"/>
    <w:rsid w:val="04F43CDD"/>
    <w:rsid w:val="050F8545"/>
    <w:rsid w:val="059173E8"/>
    <w:rsid w:val="05DE9F6B"/>
    <w:rsid w:val="05F2CEF5"/>
    <w:rsid w:val="073D2778"/>
    <w:rsid w:val="07784E7D"/>
    <w:rsid w:val="07D50A76"/>
    <w:rsid w:val="080502D9"/>
    <w:rsid w:val="08976B88"/>
    <w:rsid w:val="08ABEABD"/>
    <w:rsid w:val="08BB3883"/>
    <w:rsid w:val="093191D5"/>
    <w:rsid w:val="093DB082"/>
    <w:rsid w:val="0961B766"/>
    <w:rsid w:val="0A4BFC39"/>
    <w:rsid w:val="0AAFF276"/>
    <w:rsid w:val="0BE7F3A1"/>
    <w:rsid w:val="0C682D98"/>
    <w:rsid w:val="0CD6F6E8"/>
    <w:rsid w:val="0CF66A29"/>
    <w:rsid w:val="0D481105"/>
    <w:rsid w:val="0D53069B"/>
    <w:rsid w:val="0DDB30B2"/>
    <w:rsid w:val="0DEAD223"/>
    <w:rsid w:val="0EB8F81F"/>
    <w:rsid w:val="0F73A93C"/>
    <w:rsid w:val="10206F5D"/>
    <w:rsid w:val="104B41F5"/>
    <w:rsid w:val="10945444"/>
    <w:rsid w:val="1099FAB3"/>
    <w:rsid w:val="109DC712"/>
    <w:rsid w:val="10B1043E"/>
    <w:rsid w:val="1176CD72"/>
    <w:rsid w:val="11816B15"/>
    <w:rsid w:val="11D9BA5F"/>
    <w:rsid w:val="1212DF5C"/>
    <w:rsid w:val="1245AA0E"/>
    <w:rsid w:val="12608982"/>
    <w:rsid w:val="12DE990B"/>
    <w:rsid w:val="13B7E9BF"/>
    <w:rsid w:val="145077DA"/>
    <w:rsid w:val="15E95E4D"/>
    <w:rsid w:val="163129A8"/>
    <w:rsid w:val="16741DE0"/>
    <w:rsid w:val="1680B5CB"/>
    <w:rsid w:val="16BE058D"/>
    <w:rsid w:val="17440729"/>
    <w:rsid w:val="1744A827"/>
    <w:rsid w:val="182572F2"/>
    <w:rsid w:val="18735FF9"/>
    <w:rsid w:val="1884D0E4"/>
    <w:rsid w:val="19061B7B"/>
    <w:rsid w:val="19DC6AF5"/>
    <w:rsid w:val="1A071AE1"/>
    <w:rsid w:val="1A0FB17F"/>
    <w:rsid w:val="1AF1E59A"/>
    <w:rsid w:val="1B3C9FBC"/>
    <w:rsid w:val="1B71A48C"/>
    <w:rsid w:val="1B7D36F0"/>
    <w:rsid w:val="1C0942E2"/>
    <w:rsid w:val="1CB8CC9A"/>
    <w:rsid w:val="1D112330"/>
    <w:rsid w:val="1D13AFBC"/>
    <w:rsid w:val="1D7A8901"/>
    <w:rsid w:val="1DA6ACD3"/>
    <w:rsid w:val="1E2BF173"/>
    <w:rsid w:val="1E3CF4C5"/>
    <w:rsid w:val="1FDA9A78"/>
    <w:rsid w:val="200B335D"/>
    <w:rsid w:val="203F7C92"/>
    <w:rsid w:val="20B7BD36"/>
    <w:rsid w:val="213CF866"/>
    <w:rsid w:val="21B7F61A"/>
    <w:rsid w:val="21E5D6D9"/>
    <w:rsid w:val="21FB2477"/>
    <w:rsid w:val="22987058"/>
    <w:rsid w:val="22E42A29"/>
    <w:rsid w:val="237DBD36"/>
    <w:rsid w:val="239B077E"/>
    <w:rsid w:val="23ACD7AE"/>
    <w:rsid w:val="241821A6"/>
    <w:rsid w:val="24390653"/>
    <w:rsid w:val="245EE5D7"/>
    <w:rsid w:val="258B21F9"/>
    <w:rsid w:val="26EC8172"/>
    <w:rsid w:val="26F884CE"/>
    <w:rsid w:val="2753E78A"/>
    <w:rsid w:val="27B28951"/>
    <w:rsid w:val="27FA830C"/>
    <w:rsid w:val="280AFD37"/>
    <w:rsid w:val="28131B10"/>
    <w:rsid w:val="28176EE7"/>
    <w:rsid w:val="283C71B9"/>
    <w:rsid w:val="286DFC54"/>
    <w:rsid w:val="2945EE06"/>
    <w:rsid w:val="29A038AF"/>
    <w:rsid w:val="29B396B7"/>
    <w:rsid w:val="2B34465C"/>
    <w:rsid w:val="2B61C7A1"/>
    <w:rsid w:val="2C1D19C7"/>
    <w:rsid w:val="2C565EC9"/>
    <w:rsid w:val="2CCD7869"/>
    <w:rsid w:val="2D13A283"/>
    <w:rsid w:val="2D413391"/>
    <w:rsid w:val="2DF2A54A"/>
    <w:rsid w:val="2E3E5A18"/>
    <w:rsid w:val="2E57AD59"/>
    <w:rsid w:val="2E8543C6"/>
    <w:rsid w:val="2E9AF82A"/>
    <w:rsid w:val="2EB5CDA5"/>
    <w:rsid w:val="2F35F991"/>
    <w:rsid w:val="2FB5356F"/>
    <w:rsid w:val="30219B27"/>
    <w:rsid w:val="30631AE0"/>
    <w:rsid w:val="31A5DD5F"/>
    <w:rsid w:val="3290A109"/>
    <w:rsid w:val="32C2D9CE"/>
    <w:rsid w:val="32E61B13"/>
    <w:rsid w:val="330E6841"/>
    <w:rsid w:val="3345C0F0"/>
    <w:rsid w:val="33EDF641"/>
    <w:rsid w:val="342CBA31"/>
    <w:rsid w:val="37AD6C71"/>
    <w:rsid w:val="37BAD869"/>
    <w:rsid w:val="37F00F2B"/>
    <w:rsid w:val="3850ADD0"/>
    <w:rsid w:val="3883462F"/>
    <w:rsid w:val="39A149BF"/>
    <w:rsid w:val="39CEEAF3"/>
    <w:rsid w:val="39D585EA"/>
    <w:rsid w:val="3A3926E6"/>
    <w:rsid w:val="3A980CFA"/>
    <w:rsid w:val="3B1F0993"/>
    <w:rsid w:val="3BD48E7C"/>
    <w:rsid w:val="3C19E1D9"/>
    <w:rsid w:val="3CA3A81B"/>
    <w:rsid w:val="3D13C7C1"/>
    <w:rsid w:val="3D515230"/>
    <w:rsid w:val="3D531ADC"/>
    <w:rsid w:val="3D57D5BE"/>
    <w:rsid w:val="3D62519C"/>
    <w:rsid w:val="3D776509"/>
    <w:rsid w:val="3DA0C08C"/>
    <w:rsid w:val="3E29F3E9"/>
    <w:rsid w:val="3ECFB48A"/>
    <w:rsid w:val="3FE29ED3"/>
    <w:rsid w:val="40462696"/>
    <w:rsid w:val="407EAED5"/>
    <w:rsid w:val="414E3672"/>
    <w:rsid w:val="41695FEB"/>
    <w:rsid w:val="41891FF8"/>
    <w:rsid w:val="41915A0F"/>
    <w:rsid w:val="41C2FC30"/>
    <w:rsid w:val="41E27C75"/>
    <w:rsid w:val="41E7B52D"/>
    <w:rsid w:val="429DFA17"/>
    <w:rsid w:val="42D50096"/>
    <w:rsid w:val="42E50539"/>
    <w:rsid w:val="4369D422"/>
    <w:rsid w:val="4487AD3F"/>
    <w:rsid w:val="44D3AE5D"/>
    <w:rsid w:val="450F00CF"/>
    <w:rsid w:val="46190C21"/>
    <w:rsid w:val="46196AA5"/>
    <w:rsid w:val="461EEA50"/>
    <w:rsid w:val="46274617"/>
    <w:rsid w:val="47AB1417"/>
    <w:rsid w:val="4835591D"/>
    <w:rsid w:val="48427A90"/>
    <w:rsid w:val="48629113"/>
    <w:rsid w:val="48D6A154"/>
    <w:rsid w:val="491715D2"/>
    <w:rsid w:val="49415139"/>
    <w:rsid w:val="49830E63"/>
    <w:rsid w:val="49A8D8A9"/>
    <w:rsid w:val="49FBEC53"/>
    <w:rsid w:val="4A0A9B0B"/>
    <w:rsid w:val="4A0E030F"/>
    <w:rsid w:val="4A109A29"/>
    <w:rsid w:val="4A10FD23"/>
    <w:rsid w:val="4A2BC000"/>
    <w:rsid w:val="4A584A5A"/>
    <w:rsid w:val="4A61A1C3"/>
    <w:rsid w:val="4AAF243C"/>
    <w:rsid w:val="4B899D49"/>
    <w:rsid w:val="4BD2F5DC"/>
    <w:rsid w:val="4C44F5CF"/>
    <w:rsid w:val="4CD69445"/>
    <w:rsid w:val="4CEC4F57"/>
    <w:rsid w:val="4D0EC124"/>
    <w:rsid w:val="4D0EDE9F"/>
    <w:rsid w:val="4D4D0716"/>
    <w:rsid w:val="4D8B1C1F"/>
    <w:rsid w:val="4DDE8F08"/>
    <w:rsid w:val="4E08125D"/>
    <w:rsid w:val="4E140660"/>
    <w:rsid w:val="4F0CE97F"/>
    <w:rsid w:val="4F1703AE"/>
    <w:rsid w:val="4F5CFF1F"/>
    <w:rsid w:val="4F973AC0"/>
    <w:rsid w:val="5020054D"/>
    <w:rsid w:val="50B19E86"/>
    <w:rsid w:val="50EA2E89"/>
    <w:rsid w:val="5147210E"/>
    <w:rsid w:val="51834C3C"/>
    <w:rsid w:val="519365E5"/>
    <w:rsid w:val="5195091E"/>
    <w:rsid w:val="51A3AA3A"/>
    <w:rsid w:val="5225E144"/>
    <w:rsid w:val="52D4ED59"/>
    <w:rsid w:val="52F3E43B"/>
    <w:rsid w:val="52FFCC31"/>
    <w:rsid w:val="532404AA"/>
    <w:rsid w:val="533D40A2"/>
    <w:rsid w:val="53B853F0"/>
    <w:rsid w:val="53C1F20D"/>
    <w:rsid w:val="53CCBA68"/>
    <w:rsid w:val="542E79AB"/>
    <w:rsid w:val="55044FE6"/>
    <w:rsid w:val="5550510A"/>
    <w:rsid w:val="557440B2"/>
    <w:rsid w:val="561EA77F"/>
    <w:rsid w:val="567523BF"/>
    <w:rsid w:val="56D949D6"/>
    <w:rsid w:val="5707CA02"/>
    <w:rsid w:val="57226A4A"/>
    <w:rsid w:val="5764DCB3"/>
    <w:rsid w:val="5875F21A"/>
    <w:rsid w:val="5938B2E2"/>
    <w:rsid w:val="59414AB8"/>
    <w:rsid w:val="5A521159"/>
    <w:rsid w:val="5A99D882"/>
    <w:rsid w:val="5AFB76A8"/>
    <w:rsid w:val="5C64D75A"/>
    <w:rsid w:val="5DFDB9C1"/>
    <w:rsid w:val="5E1361D9"/>
    <w:rsid w:val="5E2F1F99"/>
    <w:rsid w:val="5E8E9FDE"/>
    <w:rsid w:val="5EB0D6BC"/>
    <w:rsid w:val="5ED736EE"/>
    <w:rsid w:val="5EF57486"/>
    <w:rsid w:val="602099E0"/>
    <w:rsid w:val="6056C325"/>
    <w:rsid w:val="6058EC8A"/>
    <w:rsid w:val="6060E476"/>
    <w:rsid w:val="60631CC7"/>
    <w:rsid w:val="6102130F"/>
    <w:rsid w:val="6115C3FD"/>
    <w:rsid w:val="6115DC19"/>
    <w:rsid w:val="6118527D"/>
    <w:rsid w:val="61797DD2"/>
    <w:rsid w:val="61E0E370"/>
    <w:rsid w:val="6218A116"/>
    <w:rsid w:val="624FEF2F"/>
    <w:rsid w:val="62A04315"/>
    <w:rsid w:val="63052A29"/>
    <w:rsid w:val="6311C9D3"/>
    <w:rsid w:val="63494D67"/>
    <w:rsid w:val="6354AFA4"/>
    <w:rsid w:val="6412E070"/>
    <w:rsid w:val="6445B6EF"/>
    <w:rsid w:val="656CDBBB"/>
    <w:rsid w:val="65819377"/>
    <w:rsid w:val="659806D6"/>
    <w:rsid w:val="6599D083"/>
    <w:rsid w:val="665A587C"/>
    <w:rsid w:val="679216A1"/>
    <w:rsid w:val="67A66B9E"/>
    <w:rsid w:val="683E7266"/>
    <w:rsid w:val="6901D54F"/>
    <w:rsid w:val="69CD9F1A"/>
    <w:rsid w:val="69D79F72"/>
    <w:rsid w:val="6AA25E41"/>
    <w:rsid w:val="6ADAF5B5"/>
    <w:rsid w:val="6AE49D30"/>
    <w:rsid w:val="6AE63A37"/>
    <w:rsid w:val="6AEF0752"/>
    <w:rsid w:val="6B621F70"/>
    <w:rsid w:val="6C6BECC0"/>
    <w:rsid w:val="6CDA98C3"/>
    <w:rsid w:val="6D0102D3"/>
    <w:rsid w:val="6D110B62"/>
    <w:rsid w:val="6D6DA65F"/>
    <w:rsid w:val="6DA1A4E4"/>
    <w:rsid w:val="6DBDA018"/>
    <w:rsid w:val="6DCD5C96"/>
    <w:rsid w:val="6E162FA9"/>
    <w:rsid w:val="6E5DA8FB"/>
    <w:rsid w:val="6ED9A427"/>
    <w:rsid w:val="6EF2EF28"/>
    <w:rsid w:val="6FA55E36"/>
    <w:rsid w:val="6FB1DBFC"/>
    <w:rsid w:val="7079E8AA"/>
    <w:rsid w:val="7177F959"/>
    <w:rsid w:val="720CEAA4"/>
    <w:rsid w:val="72539F7C"/>
    <w:rsid w:val="728E116E"/>
    <w:rsid w:val="72A900FB"/>
    <w:rsid w:val="72FF9894"/>
    <w:rsid w:val="733DE9AC"/>
    <w:rsid w:val="734781BD"/>
    <w:rsid w:val="73CE8BA3"/>
    <w:rsid w:val="73D04117"/>
    <w:rsid w:val="7428F4E6"/>
    <w:rsid w:val="74B06C43"/>
    <w:rsid w:val="753EEFD4"/>
    <w:rsid w:val="767C14F5"/>
    <w:rsid w:val="76E38216"/>
    <w:rsid w:val="7748877B"/>
    <w:rsid w:val="7790669E"/>
    <w:rsid w:val="77B07941"/>
    <w:rsid w:val="780CF5E2"/>
    <w:rsid w:val="78332DDB"/>
    <w:rsid w:val="78ED9C07"/>
    <w:rsid w:val="7984649F"/>
    <w:rsid w:val="79F83244"/>
    <w:rsid w:val="79FF5D0C"/>
    <w:rsid w:val="7A40CA1D"/>
    <w:rsid w:val="7A71E351"/>
    <w:rsid w:val="7AB54CDD"/>
    <w:rsid w:val="7AD06EF8"/>
    <w:rsid w:val="7B36BBF7"/>
    <w:rsid w:val="7B58584C"/>
    <w:rsid w:val="7B58BFAB"/>
    <w:rsid w:val="7B70CD93"/>
    <w:rsid w:val="7B82DF00"/>
    <w:rsid w:val="7CFB08D9"/>
    <w:rsid w:val="7D1047C9"/>
    <w:rsid w:val="7D1150A6"/>
    <w:rsid w:val="7DD3D09A"/>
    <w:rsid w:val="7DF5FD41"/>
    <w:rsid w:val="7E4D8006"/>
    <w:rsid w:val="7E50DDD3"/>
    <w:rsid w:val="7E62380C"/>
    <w:rsid w:val="7E6F8B71"/>
    <w:rsid w:val="7EA02879"/>
    <w:rsid w:val="7F2560EF"/>
    <w:rsid w:val="7F57FBCD"/>
    <w:rsid w:val="7F75E9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B1111"/>
  <w14:defaultImageDpi w14:val="300"/>
  <w15:docId w15:val="{9562DFAA-B99C-47BC-B2EB-A1E3F744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eastAsia="Arial" w:hAnsi="Arial"/>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8"/>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6"/>
      </w:numPr>
      <w:contextualSpacing/>
    </w:pPr>
  </w:style>
  <w:style w:type="paragraph" w:styleId="Seznamsodrkami2">
    <w:name w:val="List Bullet 2"/>
    <w:basedOn w:val="Normln"/>
    <w:uiPriority w:val="99"/>
    <w:unhideWhenUsed/>
    <w:rsid w:val="00326F90"/>
    <w:pPr>
      <w:numPr>
        <w:numId w:val="7"/>
      </w:numPr>
      <w:contextualSpacing/>
    </w:pPr>
  </w:style>
  <w:style w:type="paragraph" w:styleId="Seznamsodrkami3">
    <w:name w:val="List Bullet 3"/>
    <w:basedOn w:val="Normln"/>
    <w:uiPriority w:val="99"/>
    <w:unhideWhenUsed/>
    <w:rsid w:val="00326F90"/>
    <w:pPr>
      <w:numPr>
        <w:numId w:val="9"/>
      </w:numPr>
      <w:contextualSpacing/>
    </w:pPr>
  </w:style>
  <w:style w:type="paragraph" w:styleId="slovanseznam">
    <w:name w:val="List Number"/>
    <w:basedOn w:val="Normln"/>
    <w:uiPriority w:val="99"/>
    <w:unhideWhenUsed/>
    <w:rsid w:val="00326F90"/>
    <w:pPr>
      <w:numPr>
        <w:numId w:val="4"/>
      </w:numPr>
      <w:contextualSpacing/>
    </w:pPr>
  </w:style>
  <w:style w:type="paragraph" w:styleId="slovanseznam2">
    <w:name w:val="List Number 2"/>
    <w:basedOn w:val="Normln"/>
    <w:uiPriority w:val="99"/>
    <w:unhideWhenUsed/>
    <w:rsid w:val="0029639D"/>
    <w:pPr>
      <w:numPr>
        <w:numId w:val="3"/>
      </w:numPr>
      <w:contextualSpacing/>
    </w:pPr>
  </w:style>
  <w:style w:type="paragraph" w:styleId="slovanseznam3">
    <w:name w:val="List Number 3"/>
    <w:basedOn w:val="Normln"/>
    <w:uiPriority w:val="99"/>
    <w:unhideWhenUsed/>
    <w:rsid w:val="0029639D"/>
    <w:pPr>
      <w:numPr>
        <w:numId w:val="8"/>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customStyle="1" w:styleId="MacroText1">
    <w:name w:val="Macro Text1"/>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Standardnpsmoodstavce"/>
    <w:link w:val="MacroText1"/>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TableNormal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TableNormal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1">
    <w:name w:val="Light Shading - Accent 21"/>
    <w:basedOn w:val="TableNormal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1">
    <w:name w:val="Light Shading - Accent 31"/>
    <w:basedOn w:val="TableNormal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1">
    <w:name w:val="Light Shading - Accent 41"/>
    <w:basedOn w:val="TableNormal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1">
    <w:name w:val="Light Shading - Accent 51"/>
    <w:basedOn w:val="TableNormal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1">
    <w:name w:val="Light Shading - Accent 61"/>
    <w:basedOn w:val="TableNormal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TableNormal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1">
    <w:name w:val="Light List - Accent 21"/>
    <w:basedOn w:val="TableNormal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1">
    <w:name w:val="Light List - Accent 31"/>
    <w:basedOn w:val="TableNormal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1">
    <w:name w:val="Light List - Accent 41"/>
    <w:basedOn w:val="TableNormal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1">
    <w:name w:val="Light List - Accent 51"/>
    <w:basedOn w:val="TableNormal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1">
    <w:name w:val="Light List - Accent 61"/>
    <w:basedOn w:val="TableNormal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TableNormal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1">
    <w:name w:val="Light Grid - Accent 21"/>
    <w:basedOn w:val="TableNormal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1">
    <w:name w:val="Light Grid - Accent 31"/>
    <w:basedOn w:val="TableNormal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1">
    <w:name w:val="Light Grid - Accent 41"/>
    <w:basedOn w:val="TableNormal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1">
    <w:name w:val="Light Grid - Accent 51"/>
    <w:basedOn w:val="TableNormal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1">
    <w:name w:val="Light Grid - Accent 61"/>
    <w:basedOn w:val="TableNormal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TableNormal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TableNormal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1">
    <w:name w:val="Medium List 1 - Accent 21"/>
    <w:basedOn w:val="TableNormal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1">
    <w:name w:val="Medium List 1 - Accent 31"/>
    <w:basedOn w:val="TableNormal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1">
    <w:name w:val="Medium List 1 - Accent 41"/>
    <w:basedOn w:val="TableNormal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1">
    <w:name w:val="Medium List 1 - Accent 51"/>
    <w:basedOn w:val="TableNormal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1">
    <w:name w:val="Medium List 1 - Accent 61"/>
    <w:basedOn w:val="TableNormal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TableNormal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1">
    <w:name w:val="Medium Grid 1 - Accent 21"/>
    <w:basedOn w:val="TableNormal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1">
    <w:name w:val="Medium Grid 1 - Accent 31"/>
    <w:basedOn w:val="TableNormal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1">
    <w:name w:val="Medium Grid 1 - Accent 41"/>
    <w:basedOn w:val="TableNormal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1">
    <w:name w:val="Medium Grid 1 - Accent 51"/>
    <w:basedOn w:val="TableNormal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1">
    <w:name w:val="Medium Grid 1 - Accent 61"/>
    <w:basedOn w:val="TableNormal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1">
    <w:name w:val="Medium Grid 3 - Accent 1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1">
    <w:name w:val="Medium Grid 3 - Accent 2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1">
    <w:name w:val="Medium Grid 3 - Accent 3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1">
    <w:name w:val="Medium Grid 3 - Accent 4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1">
    <w:name w:val="Medium Grid 3 - Accent 5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1">
    <w:name w:val="Medium Grid 3 - Accent 61"/>
    <w:basedOn w:val="TableNormal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TableNormal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1">
    <w:name w:val="Dark List - Accent 21"/>
    <w:basedOn w:val="TableNormal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1">
    <w:name w:val="Dark List - Accent 31"/>
    <w:basedOn w:val="TableNormal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1">
    <w:name w:val="Dark List - Accent 41"/>
    <w:basedOn w:val="TableNormal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1">
    <w:name w:val="Dark List - Accent 51"/>
    <w:basedOn w:val="TableNormal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1">
    <w:name w:val="Dark List - Accent 61"/>
    <w:basedOn w:val="TableNormal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TableNormal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bubliny">
    <w:name w:val="Balloon Text"/>
    <w:basedOn w:val="Normln"/>
    <w:link w:val="TextbublinyChar"/>
    <w:uiPriority w:val="99"/>
    <w:semiHidden/>
    <w:unhideWhenUsed/>
    <w:rsid w:val="00D46C5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46C52"/>
    <w:rPr>
      <w:rFonts w:ascii="Segoe UI" w:eastAsia="Arial" w:hAnsi="Segoe UI" w:cs="Segoe UI"/>
      <w:sz w:val="18"/>
      <w:szCs w:val="18"/>
    </w:rPr>
  </w:style>
  <w:style w:type="paragraph" w:styleId="Revize">
    <w:name w:val="Revision"/>
    <w:hidden/>
    <w:uiPriority w:val="99"/>
    <w:semiHidden/>
    <w:rsid w:val="000416D3"/>
    <w:pPr>
      <w:spacing w:after="0" w:line="240" w:lineRule="auto"/>
    </w:pPr>
    <w:rPr>
      <w:rFonts w:ascii="Arial" w:eastAsia="Arial" w:hAnsi="Arial"/>
      <w:sz w:val="20"/>
    </w:rPr>
  </w:style>
  <w:style w:type="character" w:customStyle="1" w:styleId="CommentReference1">
    <w:name w:val="Comment Reference1"/>
    <w:basedOn w:val="Standardnpsmoodstavce"/>
    <w:uiPriority w:val="99"/>
    <w:semiHidden/>
    <w:unhideWhenUsed/>
    <w:rsid w:val="00A53338"/>
    <w:rPr>
      <w:sz w:val="16"/>
      <w:szCs w:val="16"/>
    </w:rPr>
  </w:style>
  <w:style w:type="paragraph" w:customStyle="1" w:styleId="CommentText1">
    <w:name w:val="Comment Text1"/>
    <w:basedOn w:val="Normln"/>
    <w:link w:val="CommentTextChar"/>
    <w:uiPriority w:val="99"/>
    <w:unhideWhenUsed/>
    <w:rsid w:val="00A53338"/>
    <w:pPr>
      <w:spacing w:line="240" w:lineRule="auto"/>
    </w:pPr>
    <w:rPr>
      <w:szCs w:val="20"/>
    </w:rPr>
  </w:style>
  <w:style w:type="character" w:customStyle="1" w:styleId="CommentTextChar">
    <w:name w:val="Comment Text Char"/>
    <w:basedOn w:val="Standardnpsmoodstavce"/>
    <w:link w:val="CommentText1"/>
    <w:uiPriority w:val="99"/>
    <w:rsid w:val="00A53338"/>
    <w:rPr>
      <w:rFonts w:ascii="Arial" w:eastAsia="Arial" w:hAnsi="Arial"/>
      <w:sz w:val="20"/>
      <w:szCs w:val="20"/>
    </w:rPr>
  </w:style>
  <w:style w:type="paragraph" w:customStyle="1" w:styleId="CommentSubject1">
    <w:name w:val="Comment Subject1"/>
    <w:basedOn w:val="CommentText1"/>
    <w:next w:val="CommentText1"/>
    <w:link w:val="CommentSubjectChar"/>
    <w:uiPriority w:val="99"/>
    <w:semiHidden/>
    <w:unhideWhenUsed/>
    <w:rsid w:val="00A53338"/>
    <w:rPr>
      <w:b/>
      <w:bCs/>
    </w:rPr>
  </w:style>
  <w:style w:type="character" w:customStyle="1" w:styleId="CommentSubjectChar">
    <w:name w:val="Comment Subject Char"/>
    <w:basedOn w:val="CommentTextChar"/>
    <w:link w:val="CommentSubject1"/>
    <w:uiPriority w:val="99"/>
    <w:semiHidden/>
    <w:rsid w:val="00A53338"/>
    <w:rPr>
      <w:rFonts w:ascii="Arial" w:eastAsia="Arial" w:hAnsi="Arial"/>
      <w:b/>
      <w:bCs/>
      <w:sz w:val="20"/>
      <w:szCs w:val="20"/>
    </w:rPr>
  </w:style>
  <w:style w:type="paragraph" w:styleId="Textkomente">
    <w:name w:val="annotation text"/>
    <w:basedOn w:val="Normln"/>
    <w:link w:val="TextkomenteChar"/>
    <w:uiPriority w:val="99"/>
    <w:unhideWhenUsed/>
    <w:pPr>
      <w:spacing w:line="240" w:lineRule="auto"/>
    </w:pPr>
    <w:rPr>
      <w:szCs w:val="20"/>
    </w:rPr>
  </w:style>
  <w:style w:type="character" w:customStyle="1" w:styleId="TextkomenteChar">
    <w:name w:val="Text komentáře Char"/>
    <w:basedOn w:val="Standardnpsmoodstavce"/>
    <w:link w:val="Textkomente"/>
    <w:uiPriority w:val="99"/>
    <w:rPr>
      <w:rFonts w:ascii="Arial" w:eastAsia="Arial" w:hAnsi="Arial"/>
      <w:sz w:val="20"/>
      <w:szCs w:val="20"/>
    </w:rPr>
  </w:style>
  <w:style w:type="character" w:styleId="Odkaznakoment">
    <w:name w:val="annotation reference"/>
    <w:basedOn w:val="Standardnpsmoodstavce"/>
    <w:uiPriority w:val="99"/>
    <w:semiHidden/>
    <w:unhideWhenUsed/>
    <w:rPr>
      <w:sz w:val="16"/>
      <w:szCs w:val="16"/>
    </w:rPr>
  </w:style>
  <w:style w:type="paragraph" w:styleId="Pedmtkomente">
    <w:name w:val="annotation subject"/>
    <w:basedOn w:val="Textkomente"/>
    <w:next w:val="Textkomente"/>
    <w:link w:val="PedmtkomenteChar"/>
    <w:uiPriority w:val="99"/>
    <w:semiHidden/>
    <w:unhideWhenUsed/>
    <w:rsid w:val="00152D31"/>
    <w:rPr>
      <w:b/>
      <w:bCs/>
    </w:rPr>
  </w:style>
  <w:style w:type="character" w:customStyle="1" w:styleId="PedmtkomenteChar">
    <w:name w:val="Předmět komentáře Char"/>
    <w:basedOn w:val="TextkomenteChar"/>
    <w:link w:val="Pedmtkomente"/>
    <w:uiPriority w:val="99"/>
    <w:semiHidden/>
    <w:rsid w:val="00152D31"/>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12febc-ca01-44c0-b6c7-974023c4ae77" xsi:nil="true"/>
    <lcf76f155ced4ddcb4097134ff3c332f xmlns="7daaf5e1-05be-4191-bdf4-77ad3e0e5fa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9A8BD6F4D01F24188196FF71FC0896E" ma:contentTypeVersion="11" ma:contentTypeDescription="Vytvoří nový dokument" ma:contentTypeScope="" ma:versionID="af08495d53c9140a697722f575c3c3f6">
  <xsd:schema xmlns:xsd="http://www.w3.org/2001/XMLSchema" xmlns:xs="http://www.w3.org/2001/XMLSchema" xmlns:p="http://schemas.microsoft.com/office/2006/metadata/properties" xmlns:ns2="7daaf5e1-05be-4191-bdf4-77ad3e0e5faa" xmlns:ns3="aa12febc-ca01-44c0-b6c7-974023c4ae77" targetNamespace="http://schemas.microsoft.com/office/2006/metadata/properties" ma:root="true" ma:fieldsID="2fe03696c7b5b383651c18785d700f3b" ns2:_="" ns3:_="">
    <xsd:import namespace="7daaf5e1-05be-4191-bdf4-77ad3e0e5faa"/>
    <xsd:import namespace="aa12febc-ca01-44c0-b6c7-974023c4a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af5e1-05be-4191-bdf4-77ad3e0e5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3adb3a01-f362-48bd-8592-f546663b6c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12febc-ca01-44c0-b6c7-974023c4ae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eb0288-e368-47f0-a33c-a7391ad100dd}" ma:internalName="TaxCatchAll" ma:showField="CatchAllData" ma:web="aa12febc-ca01-44c0-b6c7-974023c4a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0CE70-2A59-48F5-8427-62F1AD092DB2}">
  <ds:schemaRefs>
    <ds:schemaRef ds:uri="http://schemas.microsoft.com/office/2006/metadata/properties"/>
    <ds:schemaRef ds:uri="http://schemas.microsoft.com/office/infopath/2007/PartnerControls"/>
    <ds:schemaRef ds:uri="aa12febc-ca01-44c0-b6c7-974023c4ae77"/>
    <ds:schemaRef ds:uri="7daaf5e1-05be-4191-bdf4-77ad3e0e5faa"/>
  </ds:schemaRefs>
</ds:datastoreItem>
</file>

<file path=customXml/itemProps2.xml><?xml version="1.0" encoding="utf-8"?>
<ds:datastoreItem xmlns:ds="http://schemas.openxmlformats.org/officeDocument/2006/customXml" ds:itemID="{DACC40F7-CD01-465A-99E2-107E5C20C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af5e1-05be-4191-bdf4-77ad3e0e5faa"/>
    <ds:schemaRef ds:uri="aa12febc-ca01-44c0-b6c7-974023c4a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484520-BE9C-4DB7-B4CC-C0329C98B8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3367</Words>
  <Characters>19868</Characters>
  <Application>Microsoft Office Word</Application>
  <DocSecurity>0</DocSecurity>
  <Lines>165</Lines>
  <Paragraphs>46</Paragraphs>
  <ScaleCrop>false</ScaleCrop>
  <Manager/>
  <Company/>
  <LinksUpToDate>false</LinksUpToDate>
  <CharactersWithSpaces>23189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Pys, Jiri</cp:lastModifiedBy>
  <cp:revision>49</cp:revision>
  <cp:lastPrinted>2026-05-25T02:43:00Z</cp:lastPrinted>
  <dcterms:created xsi:type="dcterms:W3CDTF">2026-07-16T09:06:00Z</dcterms:created>
  <dcterms:modified xsi:type="dcterms:W3CDTF">2026-10-22T10:17:00Z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0x01010019A8BD6F4D01F24188196FF71FC0896E</vt:lpwstr>
  </property>
  <property fmtid="{D5CDD505-2E9C-101B-9397-08002B2CF9AE}" pid="3" name="MediaServiceImageTags">
    <vt:lpwstr/>
  </property>
</Properties>
</file>